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63207" w14:textId="77777777" w:rsidR="008B7D71" w:rsidRDefault="008B7D71" w:rsidP="008B7D71">
      <w:pPr>
        <w:jc w:val="center"/>
        <w:rPr>
          <w:noProof/>
          <w:lang w:eastAsia="en-GB"/>
        </w:rPr>
      </w:pPr>
      <w:r w:rsidRPr="00340237">
        <w:rPr>
          <w:rFonts w:ascii="Calibri" w:eastAsia="Calibri" w:hAnsi="Calibri"/>
          <w:noProof/>
          <w:lang w:eastAsia="en-GB"/>
        </w:rPr>
        <w:drawing>
          <wp:inline distT="0" distB="0" distL="0" distR="0" wp14:anchorId="43A09F25" wp14:editId="7935EADF">
            <wp:extent cx="4410075" cy="847725"/>
            <wp:effectExtent l="0" t="0" r="9525" b="9525"/>
            <wp:docPr id="3" name="Picture 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xt&#10;&#10;Description automatically generated with low confidence"/>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4427156" cy="851008"/>
                    </a:xfrm>
                    <a:prstGeom prst="rect">
                      <a:avLst/>
                    </a:prstGeom>
                    <a:noFill/>
                    <a:ln>
                      <a:noFill/>
                    </a:ln>
                  </pic:spPr>
                </pic:pic>
              </a:graphicData>
            </a:graphic>
          </wp:inline>
        </w:drawing>
      </w:r>
    </w:p>
    <w:p w14:paraId="54B9FF99" w14:textId="77777777" w:rsidR="008B7D71" w:rsidRDefault="008B7D71" w:rsidP="008B7D71">
      <w:pPr>
        <w:rPr>
          <w:rFonts w:cs="Arial"/>
          <w:sz w:val="36"/>
          <w:szCs w:val="36"/>
          <w:u w:val="single"/>
        </w:rPr>
      </w:pPr>
      <w:r>
        <w:rPr>
          <w:rFonts w:cs="Arial"/>
          <w:sz w:val="36"/>
          <w:szCs w:val="36"/>
          <w:u w:val="single"/>
        </w:rPr>
        <w:t>A</w:t>
      </w:r>
      <w:r w:rsidRPr="00853723">
        <w:rPr>
          <w:rFonts w:cs="Arial"/>
          <w:sz w:val="36"/>
          <w:szCs w:val="36"/>
          <w:u w:val="single"/>
        </w:rPr>
        <w:t>pplication for Employment</w:t>
      </w:r>
    </w:p>
    <w:p w14:paraId="7E8F6E3D" w14:textId="77777777" w:rsidR="008B7D71" w:rsidRPr="001F63F8" w:rsidRDefault="008B7D71" w:rsidP="008B7D71">
      <w:pPr>
        <w:jc w:val="center"/>
        <w:rPr>
          <w:noProof/>
          <w:lang w:eastAsia="en-GB"/>
        </w:rPr>
      </w:pPr>
    </w:p>
    <w:p w14:paraId="5F851C4F" w14:textId="77777777" w:rsidR="008B7D71" w:rsidRPr="007D3477" w:rsidRDefault="008B7D71" w:rsidP="008B7D71">
      <w:pPr>
        <w:jc w:val="center"/>
        <w:rPr>
          <w:rFonts w:cs="Arial"/>
          <w:sz w:val="16"/>
          <w:szCs w:val="16"/>
          <w:u w:val="single"/>
        </w:rPr>
      </w:pPr>
    </w:p>
    <w:p w14:paraId="109BF02C" w14:textId="77777777" w:rsidR="0057576A" w:rsidRPr="008B7D71" w:rsidRDefault="00E908F3">
      <w:pPr>
        <w:spacing w:after="120"/>
        <w:rPr>
          <w:rFonts w:cs="Arial"/>
          <w:sz w:val="24"/>
          <w:szCs w:val="24"/>
        </w:rPr>
      </w:pPr>
      <w:r w:rsidRPr="008B7D71">
        <w:rPr>
          <w:rFonts w:cs="Arial"/>
          <w:b/>
          <w:sz w:val="24"/>
          <w:szCs w:val="24"/>
        </w:rPr>
        <w:t>Position Applied For:  _________________________________________________</w:t>
      </w:r>
    </w:p>
    <w:p w14:paraId="495989EC" w14:textId="77777777" w:rsidR="008B7D71" w:rsidRDefault="008B7D71">
      <w:pPr>
        <w:spacing w:before="80" w:after="40"/>
        <w:rPr>
          <w:rFonts w:cs="Arial"/>
          <w:b/>
          <w:sz w:val="24"/>
          <w:szCs w:val="24"/>
        </w:rPr>
      </w:pPr>
    </w:p>
    <w:p w14:paraId="0B0CF695" w14:textId="77777777" w:rsidR="0057576A" w:rsidRPr="008B7D71" w:rsidRDefault="00E908F3">
      <w:pPr>
        <w:spacing w:before="80" w:after="40"/>
        <w:rPr>
          <w:rFonts w:cs="Arial"/>
          <w:sz w:val="24"/>
          <w:szCs w:val="24"/>
        </w:rPr>
      </w:pPr>
      <w:r w:rsidRPr="008B7D71">
        <w:rPr>
          <w:rFonts w:cs="Arial"/>
          <w:b/>
          <w:sz w:val="24"/>
          <w:szCs w:val="24"/>
        </w:rPr>
        <w:t>Personal Details:</w:t>
      </w:r>
    </w:p>
    <w:p w14:paraId="0B5C6F6C" w14:textId="77777777" w:rsidR="0057576A" w:rsidRPr="008B7D71" w:rsidRDefault="00E908F3">
      <w:pPr>
        <w:rPr>
          <w:rFonts w:cs="Arial"/>
          <w:sz w:val="24"/>
          <w:szCs w:val="24"/>
        </w:rPr>
      </w:pPr>
      <w:r w:rsidRPr="008B7D71">
        <w:rPr>
          <w:rFonts w:cs="Arial"/>
          <w:sz w:val="24"/>
          <w:szCs w:val="24"/>
        </w:rPr>
        <w:t>Title:  _______    Forename:  _______</w:t>
      </w:r>
      <w:r w:rsidR="008B7D71">
        <w:rPr>
          <w:rFonts w:cs="Arial"/>
          <w:sz w:val="24"/>
          <w:szCs w:val="24"/>
        </w:rPr>
        <w:t>_____</w:t>
      </w:r>
      <w:r w:rsidRPr="008B7D71">
        <w:rPr>
          <w:rFonts w:cs="Arial"/>
          <w:sz w:val="24"/>
          <w:szCs w:val="24"/>
        </w:rPr>
        <w:t xml:space="preserve">________    </w:t>
      </w:r>
      <w:proofErr w:type="gramStart"/>
      <w:r w:rsidRPr="008B7D71">
        <w:rPr>
          <w:rFonts w:cs="Arial"/>
          <w:sz w:val="24"/>
          <w:szCs w:val="24"/>
        </w:rPr>
        <w:t>Surname:_</w:t>
      </w:r>
      <w:proofErr w:type="gramEnd"/>
      <w:r w:rsidRPr="008B7D71">
        <w:rPr>
          <w:rFonts w:cs="Arial"/>
          <w:sz w:val="24"/>
          <w:szCs w:val="24"/>
        </w:rPr>
        <w:t>________________________</w:t>
      </w:r>
    </w:p>
    <w:p w14:paraId="742B4C09" w14:textId="77777777" w:rsidR="008B7D71" w:rsidRDefault="008B7D71">
      <w:pPr>
        <w:rPr>
          <w:rFonts w:cs="Arial"/>
          <w:sz w:val="24"/>
          <w:szCs w:val="24"/>
        </w:rPr>
      </w:pPr>
    </w:p>
    <w:p w14:paraId="3C10F240" w14:textId="77777777" w:rsidR="0057576A" w:rsidRPr="008B7D71" w:rsidRDefault="00E908F3">
      <w:pPr>
        <w:rPr>
          <w:rFonts w:cs="Arial"/>
          <w:sz w:val="24"/>
          <w:szCs w:val="24"/>
        </w:rPr>
      </w:pPr>
      <w:r w:rsidRPr="008B7D71">
        <w:rPr>
          <w:rFonts w:cs="Arial"/>
          <w:sz w:val="24"/>
          <w:szCs w:val="24"/>
        </w:rPr>
        <w:t>Address:  _______________________________________________________________________________</w:t>
      </w:r>
    </w:p>
    <w:p w14:paraId="712A5A30" w14:textId="77777777" w:rsidR="0057576A" w:rsidRPr="008B7D71" w:rsidRDefault="00E908F3">
      <w:pPr>
        <w:rPr>
          <w:rFonts w:cs="Arial"/>
          <w:sz w:val="24"/>
          <w:szCs w:val="24"/>
        </w:rPr>
      </w:pPr>
      <w:r w:rsidRPr="008B7D71">
        <w:rPr>
          <w:rFonts w:cs="Arial"/>
          <w:sz w:val="24"/>
          <w:szCs w:val="24"/>
        </w:rPr>
        <w:t xml:space="preserve">             _______________________________________________________________________________</w:t>
      </w:r>
    </w:p>
    <w:p w14:paraId="00D2D495" w14:textId="77777777" w:rsidR="008B7D71" w:rsidRDefault="008B7D71">
      <w:pPr>
        <w:rPr>
          <w:rFonts w:cs="Arial"/>
          <w:sz w:val="24"/>
          <w:szCs w:val="24"/>
        </w:rPr>
      </w:pPr>
    </w:p>
    <w:p w14:paraId="33321665" w14:textId="77777777" w:rsidR="0057576A" w:rsidRPr="008B7D71" w:rsidRDefault="00E908F3">
      <w:pPr>
        <w:rPr>
          <w:rFonts w:cs="Arial"/>
          <w:sz w:val="24"/>
          <w:szCs w:val="24"/>
        </w:rPr>
      </w:pPr>
      <w:r w:rsidRPr="008B7D71">
        <w:rPr>
          <w:rFonts w:cs="Arial"/>
          <w:sz w:val="24"/>
          <w:szCs w:val="24"/>
        </w:rPr>
        <w:t>Post Code:  _______________________    Mobile No:  _____________________________</w:t>
      </w:r>
    </w:p>
    <w:p w14:paraId="2391F85C" w14:textId="77777777" w:rsidR="008B7D71" w:rsidRDefault="008B7D71">
      <w:pPr>
        <w:spacing w:after="100"/>
        <w:rPr>
          <w:rFonts w:cs="Arial"/>
          <w:sz w:val="24"/>
          <w:szCs w:val="24"/>
        </w:rPr>
      </w:pPr>
    </w:p>
    <w:p w14:paraId="31F1B455" w14:textId="77777777" w:rsidR="0057576A" w:rsidRPr="008B7D71" w:rsidRDefault="00E908F3">
      <w:pPr>
        <w:spacing w:after="100"/>
        <w:rPr>
          <w:rFonts w:cs="Arial"/>
          <w:sz w:val="24"/>
          <w:szCs w:val="24"/>
        </w:rPr>
      </w:pPr>
      <w:r w:rsidRPr="008B7D71">
        <w:rPr>
          <w:rFonts w:cs="Arial"/>
          <w:sz w:val="24"/>
          <w:szCs w:val="24"/>
        </w:rPr>
        <w:t>Email Address:  ______________________________________________</w:t>
      </w:r>
    </w:p>
    <w:p w14:paraId="209FE6FA" w14:textId="77777777" w:rsidR="008B7D71" w:rsidRDefault="008B7D71">
      <w:pPr>
        <w:spacing w:before="80" w:after="40"/>
        <w:rPr>
          <w:rFonts w:cs="Arial"/>
          <w:b/>
          <w:sz w:val="24"/>
          <w:szCs w:val="24"/>
        </w:rPr>
      </w:pPr>
    </w:p>
    <w:p w14:paraId="316CC898" w14:textId="77777777" w:rsidR="0057576A" w:rsidRPr="008B7D71" w:rsidRDefault="00E908F3">
      <w:pPr>
        <w:spacing w:before="80" w:after="40"/>
        <w:rPr>
          <w:rFonts w:cs="Arial"/>
          <w:sz w:val="24"/>
          <w:szCs w:val="24"/>
        </w:rPr>
      </w:pPr>
      <w:r w:rsidRPr="008B7D71">
        <w:rPr>
          <w:rFonts w:cs="Arial"/>
          <w:b/>
          <w:sz w:val="24"/>
          <w:szCs w:val="24"/>
        </w:rPr>
        <w:t>Education Information:</w:t>
      </w:r>
    </w:p>
    <w:tbl>
      <w:tblPr>
        <w:tblStyle w:val="TableGrid"/>
        <w:tblW w:w="10656" w:type="dxa"/>
        <w:jc w:val="center"/>
        <w:tblLayout w:type="fixed"/>
        <w:tblLook w:val="04A0" w:firstRow="1" w:lastRow="0" w:firstColumn="1" w:lastColumn="0" w:noHBand="0" w:noVBand="1"/>
      </w:tblPr>
      <w:tblGrid>
        <w:gridCol w:w="3744"/>
        <w:gridCol w:w="1152"/>
        <w:gridCol w:w="1152"/>
        <w:gridCol w:w="4608"/>
      </w:tblGrid>
      <w:tr w:rsidR="0057576A" w:rsidRPr="008B7D71" w14:paraId="08E43B8E" w14:textId="77777777" w:rsidTr="0013321B">
        <w:trPr>
          <w:tblHeader/>
          <w:jc w:val="center"/>
        </w:trPr>
        <w:tc>
          <w:tcPr>
            <w:tcW w:w="3744" w:type="dxa"/>
            <w:shd w:val="clear" w:color="auto" w:fill="E7E6E6"/>
            <w:tcMar>
              <w:top w:w="40" w:type="dxa"/>
              <w:left w:w="40" w:type="dxa"/>
              <w:bottom w:w="40" w:type="dxa"/>
              <w:right w:w="40" w:type="dxa"/>
            </w:tcMar>
          </w:tcPr>
          <w:p w14:paraId="35584127" w14:textId="0515141B" w:rsidR="0057576A" w:rsidRPr="008B7D71" w:rsidRDefault="0013321B">
            <w:pPr>
              <w:jc w:val="center"/>
              <w:rPr>
                <w:rFonts w:cs="Arial"/>
                <w:sz w:val="24"/>
                <w:szCs w:val="24"/>
              </w:rPr>
            </w:pPr>
            <w:r w:rsidRPr="0013321B">
              <w:rPr>
                <w:rFonts w:cs="Arial"/>
                <w:b/>
                <w:sz w:val="24"/>
                <w:szCs w:val="24"/>
              </w:rPr>
              <w:t>Please provide details of relevant education and qualifications.</w:t>
            </w:r>
          </w:p>
        </w:tc>
        <w:tc>
          <w:tcPr>
            <w:tcW w:w="1152" w:type="dxa"/>
            <w:shd w:val="clear" w:color="auto" w:fill="E7E6E6"/>
            <w:tcMar>
              <w:top w:w="40" w:type="dxa"/>
              <w:left w:w="40" w:type="dxa"/>
              <w:bottom w:w="40" w:type="dxa"/>
              <w:right w:w="40" w:type="dxa"/>
            </w:tcMar>
          </w:tcPr>
          <w:p w14:paraId="15C853C5" w14:textId="77777777" w:rsidR="0057576A" w:rsidRPr="008B7D71" w:rsidRDefault="00E908F3">
            <w:pPr>
              <w:jc w:val="center"/>
              <w:rPr>
                <w:rFonts w:cs="Arial"/>
                <w:sz w:val="24"/>
                <w:szCs w:val="24"/>
              </w:rPr>
            </w:pPr>
            <w:r w:rsidRPr="008B7D71">
              <w:rPr>
                <w:rFonts w:cs="Arial"/>
                <w:b/>
                <w:sz w:val="24"/>
                <w:szCs w:val="24"/>
              </w:rPr>
              <w:t>From</w:t>
            </w:r>
          </w:p>
        </w:tc>
        <w:tc>
          <w:tcPr>
            <w:tcW w:w="1152" w:type="dxa"/>
            <w:shd w:val="clear" w:color="auto" w:fill="E7E6E6"/>
            <w:tcMar>
              <w:top w:w="40" w:type="dxa"/>
              <w:left w:w="40" w:type="dxa"/>
              <w:bottom w:w="40" w:type="dxa"/>
              <w:right w:w="40" w:type="dxa"/>
            </w:tcMar>
          </w:tcPr>
          <w:p w14:paraId="41425930" w14:textId="77777777" w:rsidR="0057576A" w:rsidRPr="008B7D71" w:rsidRDefault="00E908F3">
            <w:pPr>
              <w:jc w:val="center"/>
              <w:rPr>
                <w:rFonts w:cs="Arial"/>
                <w:sz w:val="24"/>
                <w:szCs w:val="24"/>
              </w:rPr>
            </w:pPr>
            <w:r w:rsidRPr="008B7D71">
              <w:rPr>
                <w:rFonts w:cs="Arial"/>
                <w:b/>
                <w:sz w:val="24"/>
                <w:szCs w:val="24"/>
              </w:rPr>
              <w:t>To</w:t>
            </w:r>
          </w:p>
        </w:tc>
        <w:tc>
          <w:tcPr>
            <w:tcW w:w="4608" w:type="dxa"/>
            <w:shd w:val="clear" w:color="auto" w:fill="E7E6E6"/>
            <w:tcMar>
              <w:top w:w="40" w:type="dxa"/>
              <w:left w:w="40" w:type="dxa"/>
              <w:bottom w:w="40" w:type="dxa"/>
              <w:right w:w="40" w:type="dxa"/>
            </w:tcMar>
          </w:tcPr>
          <w:p w14:paraId="29645381" w14:textId="77777777" w:rsidR="0057576A" w:rsidRPr="008B7D71" w:rsidRDefault="00E908F3">
            <w:pPr>
              <w:jc w:val="center"/>
              <w:rPr>
                <w:rFonts w:cs="Arial"/>
                <w:sz w:val="24"/>
                <w:szCs w:val="24"/>
              </w:rPr>
            </w:pPr>
            <w:r w:rsidRPr="008B7D71">
              <w:rPr>
                <w:rFonts w:cs="Arial"/>
                <w:b/>
                <w:sz w:val="24"/>
                <w:szCs w:val="24"/>
              </w:rPr>
              <w:t>Examinations and Results</w:t>
            </w:r>
          </w:p>
        </w:tc>
      </w:tr>
      <w:tr w:rsidR="0057576A" w:rsidRPr="008B7D71" w14:paraId="089E4673" w14:textId="77777777" w:rsidTr="0013321B">
        <w:trPr>
          <w:trHeight w:val="504"/>
          <w:jc w:val="center"/>
        </w:trPr>
        <w:tc>
          <w:tcPr>
            <w:tcW w:w="3744" w:type="dxa"/>
            <w:tcMar>
              <w:top w:w="40" w:type="dxa"/>
              <w:left w:w="40" w:type="dxa"/>
              <w:bottom w:w="40" w:type="dxa"/>
              <w:right w:w="40" w:type="dxa"/>
            </w:tcMar>
          </w:tcPr>
          <w:p w14:paraId="36CD7933"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03AF5F5D"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79EA3159" w14:textId="77777777" w:rsidR="0057576A" w:rsidRPr="008B7D71" w:rsidRDefault="00E908F3">
            <w:pPr>
              <w:rPr>
                <w:rFonts w:cs="Arial"/>
                <w:sz w:val="24"/>
                <w:szCs w:val="24"/>
              </w:rPr>
            </w:pPr>
            <w:r w:rsidRPr="008B7D71">
              <w:rPr>
                <w:rFonts w:cs="Arial"/>
                <w:sz w:val="24"/>
                <w:szCs w:val="24"/>
              </w:rPr>
              <w:t xml:space="preserve"> </w:t>
            </w:r>
          </w:p>
        </w:tc>
        <w:tc>
          <w:tcPr>
            <w:tcW w:w="4608" w:type="dxa"/>
            <w:tcMar>
              <w:top w:w="40" w:type="dxa"/>
              <w:left w:w="40" w:type="dxa"/>
              <w:bottom w:w="40" w:type="dxa"/>
              <w:right w:w="40" w:type="dxa"/>
            </w:tcMar>
          </w:tcPr>
          <w:p w14:paraId="287416E0" w14:textId="77777777" w:rsidR="0057576A" w:rsidRPr="008B7D71" w:rsidRDefault="00E908F3">
            <w:pPr>
              <w:rPr>
                <w:rFonts w:cs="Arial"/>
                <w:sz w:val="24"/>
                <w:szCs w:val="24"/>
              </w:rPr>
            </w:pPr>
            <w:r w:rsidRPr="008B7D71">
              <w:rPr>
                <w:rFonts w:cs="Arial"/>
                <w:sz w:val="24"/>
                <w:szCs w:val="24"/>
              </w:rPr>
              <w:t xml:space="preserve"> </w:t>
            </w:r>
          </w:p>
        </w:tc>
      </w:tr>
      <w:tr w:rsidR="0057576A" w:rsidRPr="008B7D71" w14:paraId="6E507C55" w14:textId="77777777" w:rsidTr="0013321B">
        <w:trPr>
          <w:trHeight w:val="504"/>
          <w:jc w:val="center"/>
        </w:trPr>
        <w:tc>
          <w:tcPr>
            <w:tcW w:w="3744" w:type="dxa"/>
            <w:tcMar>
              <w:top w:w="40" w:type="dxa"/>
              <w:left w:w="40" w:type="dxa"/>
              <w:bottom w:w="40" w:type="dxa"/>
              <w:right w:w="40" w:type="dxa"/>
            </w:tcMar>
          </w:tcPr>
          <w:p w14:paraId="3B0170A9"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414BD6CA"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157BE398" w14:textId="77777777" w:rsidR="0057576A" w:rsidRPr="008B7D71" w:rsidRDefault="00E908F3">
            <w:pPr>
              <w:rPr>
                <w:rFonts w:cs="Arial"/>
                <w:sz w:val="24"/>
                <w:szCs w:val="24"/>
              </w:rPr>
            </w:pPr>
            <w:r w:rsidRPr="008B7D71">
              <w:rPr>
                <w:rFonts w:cs="Arial"/>
                <w:sz w:val="24"/>
                <w:szCs w:val="24"/>
              </w:rPr>
              <w:t xml:space="preserve"> </w:t>
            </w:r>
          </w:p>
        </w:tc>
        <w:tc>
          <w:tcPr>
            <w:tcW w:w="4608" w:type="dxa"/>
            <w:tcMar>
              <w:top w:w="40" w:type="dxa"/>
              <w:left w:w="40" w:type="dxa"/>
              <w:bottom w:w="40" w:type="dxa"/>
              <w:right w:w="40" w:type="dxa"/>
            </w:tcMar>
          </w:tcPr>
          <w:p w14:paraId="4CD6FA63" w14:textId="77777777" w:rsidR="0057576A" w:rsidRPr="008B7D71" w:rsidRDefault="00E908F3">
            <w:pPr>
              <w:rPr>
                <w:rFonts w:cs="Arial"/>
                <w:sz w:val="24"/>
                <w:szCs w:val="24"/>
              </w:rPr>
            </w:pPr>
            <w:r w:rsidRPr="008B7D71">
              <w:rPr>
                <w:rFonts w:cs="Arial"/>
                <w:sz w:val="24"/>
                <w:szCs w:val="24"/>
              </w:rPr>
              <w:t xml:space="preserve"> </w:t>
            </w:r>
          </w:p>
        </w:tc>
      </w:tr>
      <w:tr w:rsidR="0057576A" w:rsidRPr="008B7D71" w14:paraId="035EA4C1" w14:textId="77777777" w:rsidTr="0013321B">
        <w:trPr>
          <w:trHeight w:val="504"/>
          <w:jc w:val="center"/>
        </w:trPr>
        <w:tc>
          <w:tcPr>
            <w:tcW w:w="3744" w:type="dxa"/>
            <w:tcMar>
              <w:top w:w="40" w:type="dxa"/>
              <w:left w:w="40" w:type="dxa"/>
              <w:bottom w:w="40" w:type="dxa"/>
              <w:right w:w="40" w:type="dxa"/>
            </w:tcMar>
          </w:tcPr>
          <w:p w14:paraId="20BEB6F3"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4F7D5BAC"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1732B5B2" w14:textId="77777777" w:rsidR="0057576A" w:rsidRPr="008B7D71" w:rsidRDefault="00E908F3">
            <w:pPr>
              <w:rPr>
                <w:rFonts w:cs="Arial"/>
                <w:sz w:val="24"/>
                <w:szCs w:val="24"/>
              </w:rPr>
            </w:pPr>
            <w:r w:rsidRPr="008B7D71">
              <w:rPr>
                <w:rFonts w:cs="Arial"/>
                <w:sz w:val="24"/>
                <w:szCs w:val="24"/>
              </w:rPr>
              <w:t xml:space="preserve"> </w:t>
            </w:r>
          </w:p>
        </w:tc>
        <w:tc>
          <w:tcPr>
            <w:tcW w:w="4608" w:type="dxa"/>
            <w:tcMar>
              <w:top w:w="40" w:type="dxa"/>
              <w:left w:w="40" w:type="dxa"/>
              <w:bottom w:w="40" w:type="dxa"/>
              <w:right w:w="40" w:type="dxa"/>
            </w:tcMar>
          </w:tcPr>
          <w:p w14:paraId="0F7129D6" w14:textId="77777777" w:rsidR="0057576A" w:rsidRPr="008B7D71" w:rsidRDefault="00E908F3">
            <w:pPr>
              <w:rPr>
                <w:rFonts w:cs="Arial"/>
                <w:sz w:val="24"/>
                <w:szCs w:val="24"/>
              </w:rPr>
            </w:pPr>
            <w:r w:rsidRPr="008B7D71">
              <w:rPr>
                <w:rFonts w:cs="Arial"/>
                <w:sz w:val="24"/>
                <w:szCs w:val="24"/>
              </w:rPr>
              <w:t xml:space="preserve"> </w:t>
            </w:r>
          </w:p>
        </w:tc>
      </w:tr>
      <w:tr w:rsidR="0057576A" w:rsidRPr="008B7D71" w14:paraId="608C5C70" w14:textId="77777777" w:rsidTr="0013321B">
        <w:trPr>
          <w:tblHeader/>
          <w:jc w:val="center"/>
        </w:trPr>
        <w:tc>
          <w:tcPr>
            <w:tcW w:w="3744" w:type="dxa"/>
            <w:shd w:val="clear" w:color="auto" w:fill="E7E6E6"/>
            <w:tcMar>
              <w:top w:w="40" w:type="dxa"/>
              <w:left w:w="40" w:type="dxa"/>
              <w:bottom w:w="40" w:type="dxa"/>
              <w:right w:w="40" w:type="dxa"/>
            </w:tcMar>
          </w:tcPr>
          <w:p w14:paraId="048758D4" w14:textId="77777777" w:rsidR="0057576A" w:rsidRPr="008B7D71" w:rsidRDefault="00E908F3">
            <w:pPr>
              <w:jc w:val="center"/>
              <w:rPr>
                <w:rFonts w:cs="Arial"/>
                <w:sz w:val="24"/>
                <w:szCs w:val="24"/>
              </w:rPr>
            </w:pPr>
            <w:r w:rsidRPr="008B7D71">
              <w:rPr>
                <w:rFonts w:cs="Arial"/>
                <w:b/>
                <w:sz w:val="24"/>
                <w:szCs w:val="24"/>
              </w:rPr>
              <w:t>College/University</w:t>
            </w:r>
          </w:p>
        </w:tc>
        <w:tc>
          <w:tcPr>
            <w:tcW w:w="1152" w:type="dxa"/>
            <w:shd w:val="clear" w:color="auto" w:fill="E7E6E6"/>
            <w:tcMar>
              <w:top w:w="40" w:type="dxa"/>
              <w:left w:w="40" w:type="dxa"/>
              <w:bottom w:w="40" w:type="dxa"/>
              <w:right w:w="40" w:type="dxa"/>
            </w:tcMar>
          </w:tcPr>
          <w:p w14:paraId="57676FE4" w14:textId="77777777" w:rsidR="0057576A" w:rsidRPr="008B7D71" w:rsidRDefault="00E908F3">
            <w:pPr>
              <w:jc w:val="center"/>
              <w:rPr>
                <w:rFonts w:cs="Arial"/>
                <w:sz w:val="24"/>
                <w:szCs w:val="24"/>
              </w:rPr>
            </w:pPr>
            <w:r w:rsidRPr="008B7D71">
              <w:rPr>
                <w:rFonts w:cs="Arial"/>
                <w:b/>
                <w:sz w:val="24"/>
                <w:szCs w:val="24"/>
              </w:rPr>
              <w:t>From</w:t>
            </w:r>
          </w:p>
        </w:tc>
        <w:tc>
          <w:tcPr>
            <w:tcW w:w="1152" w:type="dxa"/>
            <w:shd w:val="clear" w:color="auto" w:fill="E7E6E6"/>
            <w:tcMar>
              <w:top w:w="40" w:type="dxa"/>
              <w:left w:w="40" w:type="dxa"/>
              <w:bottom w:w="40" w:type="dxa"/>
              <w:right w:w="40" w:type="dxa"/>
            </w:tcMar>
          </w:tcPr>
          <w:p w14:paraId="363C647B" w14:textId="77777777" w:rsidR="0057576A" w:rsidRPr="008B7D71" w:rsidRDefault="00E908F3">
            <w:pPr>
              <w:jc w:val="center"/>
              <w:rPr>
                <w:rFonts w:cs="Arial"/>
                <w:sz w:val="24"/>
                <w:szCs w:val="24"/>
              </w:rPr>
            </w:pPr>
            <w:r w:rsidRPr="008B7D71">
              <w:rPr>
                <w:rFonts w:cs="Arial"/>
                <w:b/>
                <w:sz w:val="24"/>
                <w:szCs w:val="24"/>
              </w:rPr>
              <w:t>To</w:t>
            </w:r>
          </w:p>
        </w:tc>
        <w:tc>
          <w:tcPr>
            <w:tcW w:w="4608" w:type="dxa"/>
            <w:shd w:val="clear" w:color="auto" w:fill="E7E6E6"/>
            <w:tcMar>
              <w:top w:w="40" w:type="dxa"/>
              <w:left w:w="40" w:type="dxa"/>
              <w:bottom w:w="40" w:type="dxa"/>
              <w:right w:w="40" w:type="dxa"/>
            </w:tcMar>
          </w:tcPr>
          <w:p w14:paraId="45E796AE" w14:textId="77777777" w:rsidR="0057576A" w:rsidRPr="008B7D71" w:rsidRDefault="00E908F3">
            <w:pPr>
              <w:jc w:val="center"/>
              <w:rPr>
                <w:rFonts w:cs="Arial"/>
                <w:sz w:val="24"/>
                <w:szCs w:val="24"/>
              </w:rPr>
            </w:pPr>
            <w:r w:rsidRPr="008B7D71">
              <w:rPr>
                <w:rFonts w:cs="Arial"/>
                <w:b/>
                <w:sz w:val="24"/>
                <w:szCs w:val="24"/>
              </w:rPr>
              <w:t>Courses and Results</w:t>
            </w:r>
          </w:p>
        </w:tc>
      </w:tr>
      <w:tr w:rsidR="0057576A" w:rsidRPr="008B7D71" w14:paraId="47EC8528" w14:textId="77777777" w:rsidTr="0013321B">
        <w:trPr>
          <w:trHeight w:val="504"/>
          <w:jc w:val="center"/>
        </w:trPr>
        <w:tc>
          <w:tcPr>
            <w:tcW w:w="3744" w:type="dxa"/>
            <w:tcMar>
              <w:top w:w="40" w:type="dxa"/>
              <w:left w:w="40" w:type="dxa"/>
              <w:bottom w:w="40" w:type="dxa"/>
              <w:right w:w="40" w:type="dxa"/>
            </w:tcMar>
          </w:tcPr>
          <w:p w14:paraId="03C31C9E"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6F2D8A66"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41236351" w14:textId="77777777" w:rsidR="0057576A" w:rsidRPr="008B7D71" w:rsidRDefault="00E908F3">
            <w:pPr>
              <w:rPr>
                <w:rFonts w:cs="Arial"/>
                <w:sz w:val="24"/>
                <w:szCs w:val="24"/>
              </w:rPr>
            </w:pPr>
            <w:r w:rsidRPr="008B7D71">
              <w:rPr>
                <w:rFonts w:cs="Arial"/>
                <w:sz w:val="24"/>
                <w:szCs w:val="24"/>
              </w:rPr>
              <w:t xml:space="preserve"> </w:t>
            </w:r>
          </w:p>
        </w:tc>
        <w:tc>
          <w:tcPr>
            <w:tcW w:w="4608" w:type="dxa"/>
            <w:tcMar>
              <w:top w:w="40" w:type="dxa"/>
              <w:left w:w="40" w:type="dxa"/>
              <w:bottom w:w="40" w:type="dxa"/>
              <w:right w:w="40" w:type="dxa"/>
            </w:tcMar>
          </w:tcPr>
          <w:p w14:paraId="05A5E270" w14:textId="77777777" w:rsidR="0057576A" w:rsidRPr="008B7D71" w:rsidRDefault="00E908F3">
            <w:pPr>
              <w:rPr>
                <w:rFonts w:cs="Arial"/>
                <w:sz w:val="24"/>
                <w:szCs w:val="24"/>
              </w:rPr>
            </w:pPr>
            <w:r w:rsidRPr="008B7D71">
              <w:rPr>
                <w:rFonts w:cs="Arial"/>
                <w:sz w:val="24"/>
                <w:szCs w:val="24"/>
              </w:rPr>
              <w:t xml:space="preserve"> </w:t>
            </w:r>
          </w:p>
        </w:tc>
      </w:tr>
      <w:tr w:rsidR="0057576A" w:rsidRPr="008B7D71" w14:paraId="39887E20" w14:textId="77777777" w:rsidTr="0013321B">
        <w:trPr>
          <w:trHeight w:val="504"/>
          <w:jc w:val="center"/>
        </w:trPr>
        <w:tc>
          <w:tcPr>
            <w:tcW w:w="3744" w:type="dxa"/>
            <w:tcMar>
              <w:top w:w="40" w:type="dxa"/>
              <w:left w:w="40" w:type="dxa"/>
              <w:bottom w:w="40" w:type="dxa"/>
              <w:right w:w="40" w:type="dxa"/>
            </w:tcMar>
          </w:tcPr>
          <w:p w14:paraId="57BD1849"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0C5990AC"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630FDC64" w14:textId="77777777" w:rsidR="0057576A" w:rsidRPr="008B7D71" w:rsidRDefault="00E908F3">
            <w:pPr>
              <w:rPr>
                <w:rFonts w:cs="Arial"/>
                <w:sz w:val="24"/>
                <w:szCs w:val="24"/>
              </w:rPr>
            </w:pPr>
            <w:r w:rsidRPr="008B7D71">
              <w:rPr>
                <w:rFonts w:cs="Arial"/>
                <w:sz w:val="24"/>
                <w:szCs w:val="24"/>
              </w:rPr>
              <w:t xml:space="preserve"> </w:t>
            </w:r>
          </w:p>
        </w:tc>
        <w:tc>
          <w:tcPr>
            <w:tcW w:w="4608" w:type="dxa"/>
            <w:tcMar>
              <w:top w:w="40" w:type="dxa"/>
              <w:left w:w="40" w:type="dxa"/>
              <w:bottom w:w="40" w:type="dxa"/>
              <w:right w:w="40" w:type="dxa"/>
            </w:tcMar>
          </w:tcPr>
          <w:p w14:paraId="7286D439" w14:textId="77777777" w:rsidR="0057576A" w:rsidRPr="008B7D71" w:rsidRDefault="00E908F3">
            <w:pPr>
              <w:rPr>
                <w:rFonts w:cs="Arial"/>
                <w:sz w:val="24"/>
                <w:szCs w:val="24"/>
              </w:rPr>
            </w:pPr>
            <w:r w:rsidRPr="008B7D71">
              <w:rPr>
                <w:rFonts w:cs="Arial"/>
                <w:sz w:val="24"/>
                <w:szCs w:val="24"/>
              </w:rPr>
              <w:t xml:space="preserve"> </w:t>
            </w:r>
          </w:p>
        </w:tc>
      </w:tr>
      <w:tr w:rsidR="0057576A" w:rsidRPr="008B7D71" w14:paraId="623FC20A" w14:textId="77777777" w:rsidTr="0013321B">
        <w:trPr>
          <w:trHeight w:val="504"/>
          <w:jc w:val="center"/>
        </w:trPr>
        <w:tc>
          <w:tcPr>
            <w:tcW w:w="3744" w:type="dxa"/>
            <w:tcMar>
              <w:top w:w="40" w:type="dxa"/>
              <w:left w:w="40" w:type="dxa"/>
              <w:bottom w:w="40" w:type="dxa"/>
              <w:right w:w="40" w:type="dxa"/>
            </w:tcMar>
          </w:tcPr>
          <w:p w14:paraId="445B6F5C"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02CBFF2E"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67094A9F" w14:textId="77777777" w:rsidR="0057576A" w:rsidRPr="008B7D71" w:rsidRDefault="00E908F3">
            <w:pPr>
              <w:rPr>
                <w:rFonts w:cs="Arial"/>
                <w:sz w:val="24"/>
                <w:szCs w:val="24"/>
              </w:rPr>
            </w:pPr>
            <w:r w:rsidRPr="008B7D71">
              <w:rPr>
                <w:rFonts w:cs="Arial"/>
                <w:sz w:val="24"/>
                <w:szCs w:val="24"/>
              </w:rPr>
              <w:t xml:space="preserve"> </w:t>
            </w:r>
          </w:p>
        </w:tc>
        <w:tc>
          <w:tcPr>
            <w:tcW w:w="4608" w:type="dxa"/>
            <w:tcMar>
              <w:top w:w="40" w:type="dxa"/>
              <w:left w:w="40" w:type="dxa"/>
              <w:bottom w:w="40" w:type="dxa"/>
              <w:right w:w="40" w:type="dxa"/>
            </w:tcMar>
          </w:tcPr>
          <w:p w14:paraId="6A809778" w14:textId="77777777" w:rsidR="0057576A" w:rsidRPr="008B7D71" w:rsidRDefault="00E908F3">
            <w:pPr>
              <w:rPr>
                <w:rFonts w:cs="Arial"/>
                <w:sz w:val="24"/>
                <w:szCs w:val="24"/>
              </w:rPr>
            </w:pPr>
            <w:r w:rsidRPr="008B7D71">
              <w:rPr>
                <w:rFonts w:cs="Arial"/>
                <w:sz w:val="24"/>
                <w:szCs w:val="24"/>
              </w:rPr>
              <w:t xml:space="preserve"> </w:t>
            </w:r>
          </w:p>
        </w:tc>
      </w:tr>
      <w:tr w:rsidR="0057576A" w:rsidRPr="008B7D71" w14:paraId="1D1CD763" w14:textId="77777777" w:rsidTr="0013321B">
        <w:trPr>
          <w:tblHeader/>
          <w:jc w:val="center"/>
        </w:trPr>
        <w:tc>
          <w:tcPr>
            <w:tcW w:w="3744" w:type="dxa"/>
            <w:shd w:val="clear" w:color="auto" w:fill="E7E6E6"/>
            <w:tcMar>
              <w:top w:w="40" w:type="dxa"/>
              <w:left w:w="40" w:type="dxa"/>
              <w:bottom w:w="40" w:type="dxa"/>
              <w:right w:w="40" w:type="dxa"/>
            </w:tcMar>
          </w:tcPr>
          <w:p w14:paraId="078C3B56" w14:textId="77777777" w:rsidR="0057576A" w:rsidRPr="008B7D71" w:rsidRDefault="00E908F3">
            <w:pPr>
              <w:jc w:val="center"/>
              <w:rPr>
                <w:rFonts w:cs="Arial"/>
                <w:sz w:val="24"/>
                <w:szCs w:val="24"/>
              </w:rPr>
            </w:pPr>
            <w:r w:rsidRPr="008B7D71">
              <w:rPr>
                <w:rFonts w:cs="Arial"/>
                <w:b/>
                <w:sz w:val="24"/>
                <w:szCs w:val="24"/>
              </w:rPr>
              <w:t>Further Formal Training</w:t>
            </w:r>
          </w:p>
        </w:tc>
        <w:tc>
          <w:tcPr>
            <w:tcW w:w="1152" w:type="dxa"/>
            <w:shd w:val="clear" w:color="auto" w:fill="E7E6E6"/>
            <w:tcMar>
              <w:top w:w="40" w:type="dxa"/>
              <w:left w:w="40" w:type="dxa"/>
              <w:bottom w:w="40" w:type="dxa"/>
              <w:right w:w="40" w:type="dxa"/>
            </w:tcMar>
          </w:tcPr>
          <w:p w14:paraId="29CD056B" w14:textId="77777777" w:rsidR="0057576A" w:rsidRPr="008B7D71" w:rsidRDefault="00E908F3">
            <w:pPr>
              <w:jc w:val="center"/>
              <w:rPr>
                <w:rFonts w:cs="Arial"/>
                <w:sz w:val="24"/>
                <w:szCs w:val="24"/>
              </w:rPr>
            </w:pPr>
            <w:r w:rsidRPr="008B7D71">
              <w:rPr>
                <w:rFonts w:cs="Arial"/>
                <w:b/>
                <w:sz w:val="24"/>
                <w:szCs w:val="24"/>
              </w:rPr>
              <w:t>From</w:t>
            </w:r>
          </w:p>
        </w:tc>
        <w:tc>
          <w:tcPr>
            <w:tcW w:w="1152" w:type="dxa"/>
            <w:shd w:val="clear" w:color="auto" w:fill="E7E6E6"/>
            <w:tcMar>
              <w:top w:w="40" w:type="dxa"/>
              <w:left w:w="40" w:type="dxa"/>
              <w:bottom w:w="40" w:type="dxa"/>
              <w:right w:w="40" w:type="dxa"/>
            </w:tcMar>
          </w:tcPr>
          <w:p w14:paraId="3955B609" w14:textId="77777777" w:rsidR="0057576A" w:rsidRPr="008B7D71" w:rsidRDefault="00E908F3">
            <w:pPr>
              <w:jc w:val="center"/>
              <w:rPr>
                <w:rFonts w:cs="Arial"/>
                <w:sz w:val="24"/>
                <w:szCs w:val="24"/>
              </w:rPr>
            </w:pPr>
            <w:r w:rsidRPr="008B7D71">
              <w:rPr>
                <w:rFonts w:cs="Arial"/>
                <w:b/>
                <w:sz w:val="24"/>
                <w:szCs w:val="24"/>
              </w:rPr>
              <w:t>To</w:t>
            </w:r>
          </w:p>
        </w:tc>
        <w:tc>
          <w:tcPr>
            <w:tcW w:w="4608" w:type="dxa"/>
            <w:shd w:val="clear" w:color="auto" w:fill="E7E6E6"/>
            <w:tcMar>
              <w:top w:w="40" w:type="dxa"/>
              <w:left w:w="40" w:type="dxa"/>
              <w:bottom w:w="40" w:type="dxa"/>
              <w:right w:w="40" w:type="dxa"/>
            </w:tcMar>
          </w:tcPr>
          <w:p w14:paraId="28353AC8" w14:textId="77777777" w:rsidR="0057576A" w:rsidRPr="008B7D71" w:rsidRDefault="00E908F3">
            <w:pPr>
              <w:jc w:val="center"/>
              <w:rPr>
                <w:rFonts w:cs="Arial"/>
                <w:sz w:val="24"/>
                <w:szCs w:val="24"/>
              </w:rPr>
            </w:pPr>
            <w:r w:rsidRPr="008B7D71">
              <w:rPr>
                <w:rFonts w:cs="Arial"/>
                <w:b/>
                <w:sz w:val="24"/>
                <w:szCs w:val="24"/>
              </w:rPr>
              <w:t>Diploma / Qualification</w:t>
            </w:r>
          </w:p>
        </w:tc>
      </w:tr>
      <w:tr w:rsidR="0057576A" w:rsidRPr="008B7D71" w14:paraId="74DFD9BC" w14:textId="77777777" w:rsidTr="0013321B">
        <w:trPr>
          <w:trHeight w:val="504"/>
          <w:jc w:val="center"/>
        </w:trPr>
        <w:tc>
          <w:tcPr>
            <w:tcW w:w="3744" w:type="dxa"/>
            <w:tcMar>
              <w:top w:w="40" w:type="dxa"/>
              <w:left w:w="40" w:type="dxa"/>
              <w:bottom w:w="40" w:type="dxa"/>
              <w:right w:w="40" w:type="dxa"/>
            </w:tcMar>
          </w:tcPr>
          <w:p w14:paraId="767FA470"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19D454BA"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01C316C0" w14:textId="77777777" w:rsidR="0057576A" w:rsidRPr="008B7D71" w:rsidRDefault="00E908F3">
            <w:pPr>
              <w:rPr>
                <w:rFonts w:cs="Arial"/>
                <w:sz w:val="24"/>
                <w:szCs w:val="24"/>
              </w:rPr>
            </w:pPr>
            <w:r w:rsidRPr="008B7D71">
              <w:rPr>
                <w:rFonts w:cs="Arial"/>
                <w:sz w:val="24"/>
                <w:szCs w:val="24"/>
              </w:rPr>
              <w:t xml:space="preserve"> </w:t>
            </w:r>
          </w:p>
        </w:tc>
        <w:tc>
          <w:tcPr>
            <w:tcW w:w="4608" w:type="dxa"/>
            <w:tcMar>
              <w:top w:w="40" w:type="dxa"/>
              <w:left w:w="40" w:type="dxa"/>
              <w:bottom w:w="40" w:type="dxa"/>
              <w:right w:w="40" w:type="dxa"/>
            </w:tcMar>
          </w:tcPr>
          <w:p w14:paraId="344C798D" w14:textId="77777777" w:rsidR="0057576A" w:rsidRPr="008B7D71" w:rsidRDefault="00E908F3">
            <w:pPr>
              <w:rPr>
                <w:rFonts w:cs="Arial"/>
                <w:sz w:val="24"/>
                <w:szCs w:val="24"/>
              </w:rPr>
            </w:pPr>
            <w:r w:rsidRPr="008B7D71">
              <w:rPr>
                <w:rFonts w:cs="Arial"/>
                <w:sz w:val="24"/>
                <w:szCs w:val="24"/>
              </w:rPr>
              <w:t xml:space="preserve"> </w:t>
            </w:r>
          </w:p>
        </w:tc>
      </w:tr>
      <w:tr w:rsidR="0057576A" w:rsidRPr="008B7D71" w14:paraId="6F0367EC" w14:textId="77777777" w:rsidTr="0013321B">
        <w:trPr>
          <w:trHeight w:val="504"/>
          <w:jc w:val="center"/>
        </w:trPr>
        <w:tc>
          <w:tcPr>
            <w:tcW w:w="3744" w:type="dxa"/>
            <w:tcMar>
              <w:top w:w="40" w:type="dxa"/>
              <w:left w:w="40" w:type="dxa"/>
              <w:bottom w:w="40" w:type="dxa"/>
              <w:right w:w="40" w:type="dxa"/>
            </w:tcMar>
          </w:tcPr>
          <w:p w14:paraId="4AB0E507"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7F4F0E63"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16E7EBCC" w14:textId="77777777" w:rsidR="0057576A" w:rsidRPr="008B7D71" w:rsidRDefault="00E908F3">
            <w:pPr>
              <w:rPr>
                <w:rFonts w:cs="Arial"/>
                <w:sz w:val="24"/>
                <w:szCs w:val="24"/>
              </w:rPr>
            </w:pPr>
            <w:r w:rsidRPr="008B7D71">
              <w:rPr>
                <w:rFonts w:cs="Arial"/>
                <w:sz w:val="24"/>
                <w:szCs w:val="24"/>
              </w:rPr>
              <w:t xml:space="preserve"> </w:t>
            </w:r>
          </w:p>
        </w:tc>
        <w:tc>
          <w:tcPr>
            <w:tcW w:w="4608" w:type="dxa"/>
            <w:tcMar>
              <w:top w:w="40" w:type="dxa"/>
              <w:left w:w="40" w:type="dxa"/>
              <w:bottom w:w="40" w:type="dxa"/>
              <w:right w:w="40" w:type="dxa"/>
            </w:tcMar>
          </w:tcPr>
          <w:p w14:paraId="5A4DA017" w14:textId="77777777" w:rsidR="0057576A" w:rsidRPr="008B7D71" w:rsidRDefault="00E908F3">
            <w:pPr>
              <w:rPr>
                <w:rFonts w:cs="Arial"/>
                <w:sz w:val="24"/>
                <w:szCs w:val="24"/>
              </w:rPr>
            </w:pPr>
            <w:r w:rsidRPr="008B7D71">
              <w:rPr>
                <w:rFonts w:cs="Arial"/>
                <w:sz w:val="24"/>
                <w:szCs w:val="24"/>
              </w:rPr>
              <w:t xml:space="preserve"> </w:t>
            </w:r>
          </w:p>
        </w:tc>
      </w:tr>
      <w:tr w:rsidR="0057576A" w:rsidRPr="008B7D71" w14:paraId="35C5ABB9" w14:textId="77777777" w:rsidTr="0013321B">
        <w:trPr>
          <w:trHeight w:val="504"/>
          <w:jc w:val="center"/>
        </w:trPr>
        <w:tc>
          <w:tcPr>
            <w:tcW w:w="3744" w:type="dxa"/>
            <w:tcMar>
              <w:top w:w="40" w:type="dxa"/>
              <w:left w:w="40" w:type="dxa"/>
              <w:bottom w:w="40" w:type="dxa"/>
              <w:right w:w="40" w:type="dxa"/>
            </w:tcMar>
          </w:tcPr>
          <w:p w14:paraId="70B6B334"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2C05D671"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77006CF6" w14:textId="77777777" w:rsidR="0057576A" w:rsidRPr="008B7D71" w:rsidRDefault="00E908F3">
            <w:pPr>
              <w:rPr>
                <w:rFonts w:cs="Arial"/>
                <w:sz w:val="24"/>
                <w:szCs w:val="24"/>
              </w:rPr>
            </w:pPr>
            <w:r w:rsidRPr="008B7D71">
              <w:rPr>
                <w:rFonts w:cs="Arial"/>
                <w:sz w:val="24"/>
                <w:szCs w:val="24"/>
              </w:rPr>
              <w:t xml:space="preserve"> </w:t>
            </w:r>
          </w:p>
        </w:tc>
        <w:tc>
          <w:tcPr>
            <w:tcW w:w="4608" w:type="dxa"/>
            <w:tcMar>
              <w:top w:w="40" w:type="dxa"/>
              <w:left w:w="40" w:type="dxa"/>
              <w:bottom w:w="40" w:type="dxa"/>
              <w:right w:w="40" w:type="dxa"/>
            </w:tcMar>
          </w:tcPr>
          <w:p w14:paraId="6661173F" w14:textId="77777777" w:rsidR="0057576A" w:rsidRPr="008B7D71" w:rsidRDefault="00E908F3">
            <w:pPr>
              <w:rPr>
                <w:rFonts w:cs="Arial"/>
                <w:sz w:val="24"/>
                <w:szCs w:val="24"/>
              </w:rPr>
            </w:pPr>
            <w:r w:rsidRPr="008B7D71">
              <w:rPr>
                <w:rFonts w:cs="Arial"/>
                <w:sz w:val="24"/>
                <w:szCs w:val="24"/>
              </w:rPr>
              <w:t xml:space="preserve"> </w:t>
            </w:r>
          </w:p>
        </w:tc>
      </w:tr>
    </w:tbl>
    <w:p w14:paraId="7B5997E5" w14:textId="77777777" w:rsidR="0057576A" w:rsidRPr="008B7D71" w:rsidRDefault="0057576A">
      <w:pPr>
        <w:rPr>
          <w:rFonts w:cs="Arial"/>
          <w:sz w:val="24"/>
          <w:szCs w:val="24"/>
        </w:rPr>
      </w:pPr>
    </w:p>
    <w:p w14:paraId="3725152B" w14:textId="77777777" w:rsidR="008B7D71" w:rsidRDefault="008B7D71">
      <w:pPr>
        <w:spacing w:before="80" w:after="40"/>
        <w:rPr>
          <w:rFonts w:cs="Arial"/>
          <w:b/>
          <w:sz w:val="24"/>
          <w:szCs w:val="24"/>
        </w:rPr>
      </w:pPr>
    </w:p>
    <w:p w14:paraId="24A9D888" w14:textId="77777777" w:rsidR="0057576A" w:rsidRDefault="00E908F3">
      <w:pPr>
        <w:spacing w:before="80" w:after="40"/>
        <w:rPr>
          <w:rFonts w:cs="Arial"/>
          <w:b/>
          <w:sz w:val="24"/>
          <w:szCs w:val="24"/>
        </w:rPr>
      </w:pPr>
      <w:r w:rsidRPr="008B7D71">
        <w:rPr>
          <w:rFonts w:cs="Arial"/>
          <w:b/>
          <w:sz w:val="24"/>
          <w:szCs w:val="24"/>
        </w:rPr>
        <w:lastRenderedPageBreak/>
        <w:t>Job Related Training Courses</w:t>
      </w:r>
    </w:p>
    <w:p w14:paraId="22E49EF1" w14:textId="77777777" w:rsidR="008B7D71" w:rsidRPr="008B7D71" w:rsidRDefault="008B7D71">
      <w:pPr>
        <w:spacing w:before="80" w:after="40"/>
        <w:rPr>
          <w:rFonts w:cs="Arial"/>
          <w:sz w:val="24"/>
          <w:szCs w:val="24"/>
        </w:rPr>
      </w:pPr>
    </w:p>
    <w:tbl>
      <w:tblPr>
        <w:tblStyle w:val="TableGrid"/>
        <w:tblW w:w="0" w:type="auto"/>
        <w:jc w:val="center"/>
        <w:tblLayout w:type="fixed"/>
        <w:tblLook w:val="04A0" w:firstRow="1" w:lastRow="0" w:firstColumn="1" w:lastColumn="0" w:noHBand="0" w:noVBand="1"/>
      </w:tblPr>
      <w:tblGrid>
        <w:gridCol w:w="3888"/>
        <w:gridCol w:w="1152"/>
        <w:gridCol w:w="1152"/>
        <w:gridCol w:w="4464"/>
      </w:tblGrid>
      <w:tr w:rsidR="0057576A" w:rsidRPr="008B7D71" w14:paraId="4E4956AF" w14:textId="77777777">
        <w:trPr>
          <w:tblHeader/>
          <w:jc w:val="center"/>
        </w:trPr>
        <w:tc>
          <w:tcPr>
            <w:tcW w:w="3888" w:type="dxa"/>
            <w:shd w:val="clear" w:color="auto" w:fill="E7E6E6"/>
            <w:tcMar>
              <w:top w:w="40" w:type="dxa"/>
              <w:left w:w="40" w:type="dxa"/>
              <w:bottom w:w="40" w:type="dxa"/>
              <w:right w:w="40" w:type="dxa"/>
            </w:tcMar>
          </w:tcPr>
          <w:p w14:paraId="37B24C9B" w14:textId="77777777" w:rsidR="0057576A" w:rsidRPr="008B7D71" w:rsidRDefault="00E908F3">
            <w:pPr>
              <w:jc w:val="center"/>
              <w:rPr>
                <w:rFonts w:cs="Arial"/>
                <w:sz w:val="24"/>
                <w:szCs w:val="24"/>
              </w:rPr>
            </w:pPr>
            <w:r w:rsidRPr="008B7D71">
              <w:rPr>
                <w:rFonts w:cs="Arial"/>
                <w:b/>
                <w:sz w:val="24"/>
                <w:szCs w:val="24"/>
              </w:rPr>
              <w:t>Name of Organisation</w:t>
            </w:r>
          </w:p>
        </w:tc>
        <w:tc>
          <w:tcPr>
            <w:tcW w:w="1152" w:type="dxa"/>
            <w:shd w:val="clear" w:color="auto" w:fill="E7E6E6"/>
            <w:tcMar>
              <w:top w:w="40" w:type="dxa"/>
              <w:left w:w="40" w:type="dxa"/>
              <w:bottom w:w="40" w:type="dxa"/>
              <w:right w:w="40" w:type="dxa"/>
            </w:tcMar>
          </w:tcPr>
          <w:p w14:paraId="4E31B3F8" w14:textId="77777777" w:rsidR="0057576A" w:rsidRPr="008B7D71" w:rsidRDefault="00E908F3">
            <w:pPr>
              <w:jc w:val="center"/>
              <w:rPr>
                <w:rFonts w:cs="Arial"/>
                <w:sz w:val="24"/>
                <w:szCs w:val="24"/>
              </w:rPr>
            </w:pPr>
            <w:r w:rsidRPr="008B7D71">
              <w:rPr>
                <w:rFonts w:cs="Arial"/>
                <w:b/>
                <w:sz w:val="24"/>
                <w:szCs w:val="24"/>
              </w:rPr>
              <w:t>From</w:t>
            </w:r>
          </w:p>
        </w:tc>
        <w:tc>
          <w:tcPr>
            <w:tcW w:w="1152" w:type="dxa"/>
            <w:shd w:val="clear" w:color="auto" w:fill="E7E6E6"/>
            <w:tcMar>
              <w:top w:w="40" w:type="dxa"/>
              <w:left w:w="40" w:type="dxa"/>
              <w:bottom w:w="40" w:type="dxa"/>
              <w:right w:w="40" w:type="dxa"/>
            </w:tcMar>
          </w:tcPr>
          <w:p w14:paraId="63D20CE1" w14:textId="77777777" w:rsidR="0057576A" w:rsidRPr="008B7D71" w:rsidRDefault="00E908F3">
            <w:pPr>
              <w:jc w:val="center"/>
              <w:rPr>
                <w:rFonts w:cs="Arial"/>
                <w:sz w:val="24"/>
                <w:szCs w:val="24"/>
              </w:rPr>
            </w:pPr>
            <w:r w:rsidRPr="008B7D71">
              <w:rPr>
                <w:rFonts w:cs="Arial"/>
                <w:b/>
                <w:sz w:val="24"/>
                <w:szCs w:val="24"/>
              </w:rPr>
              <w:t>To</w:t>
            </w:r>
          </w:p>
        </w:tc>
        <w:tc>
          <w:tcPr>
            <w:tcW w:w="4464" w:type="dxa"/>
            <w:shd w:val="clear" w:color="auto" w:fill="E7E6E6"/>
            <w:tcMar>
              <w:top w:w="40" w:type="dxa"/>
              <w:left w:w="40" w:type="dxa"/>
              <w:bottom w:w="40" w:type="dxa"/>
              <w:right w:w="40" w:type="dxa"/>
            </w:tcMar>
          </w:tcPr>
          <w:p w14:paraId="0C450123" w14:textId="77777777" w:rsidR="0057576A" w:rsidRPr="008B7D71" w:rsidRDefault="00E908F3">
            <w:pPr>
              <w:jc w:val="center"/>
              <w:rPr>
                <w:rFonts w:cs="Arial"/>
                <w:sz w:val="24"/>
                <w:szCs w:val="24"/>
              </w:rPr>
            </w:pPr>
            <w:r w:rsidRPr="008B7D71">
              <w:rPr>
                <w:rFonts w:cs="Arial"/>
                <w:b/>
                <w:sz w:val="24"/>
                <w:szCs w:val="24"/>
              </w:rPr>
              <w:t>Subject</w:t>
            </w:r>
          </w:p>
        </w:tc>
      </w:tr>
      <w:tr w:rsidR="0057576A" w:rsidRPr="008B7D71" w14:paraId="27E8CDE8" w14:textId="77777777">
        <w:trPr>
          <w:trHeight w:val="504"/>
          <w:jc w:val="center"/>
        </w:trPr>
        <w:tc>
          <w:tcPr>
            <w:tcW w:w="3888" w:type="dxa"/>
            <w:tcMar>
              <w:top w:w="40" w:type="dxa"/>
              <w:left w:w="40" w:type="dxa"/>
              <w:bottom w:w="40" w:type="dxa"/>
              <w:right w:w="40" w:type="dxa"/>
            </w:tcMar>
          </w:tcPr>
          <w:p w14:paraId="6E8F4F8A"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0AEB446B"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7EAC63E8" w14:textId="77777777" w:rsidR="0057576A" w:rsidRPr="008B7D71" w:rsidRDefault="00E908F3">
            <w:pPr>
              <w:rPr>
                <w:rFonts w:cs="Arial"/>
                <w:sz w:val="24"/>
                <w:szCs w:val="24"/>
              </w:rPr>
            </w:pPr>
            <w:r w:rsidRPr="008B7D71">
              <w:rPr>
                <w:rFonts w:cs="Arial"/>
                <w:sz w:val="24"/>
                <w:szCs w:val="24"/>
              </w:rPr>
              <w:t xml:space="preserve"> </w:t>
            </w:r>
          </w:p>
        </w:tc>
        <w:tc>
          <w:tcPr>
            <w:tcW w:w="4464" w:type="dxa"/>
            <w:tcMar>
              <w:top w:w="40" w:type="dxa"/>
              <w:left w:w="40" w:type="dxa"/>
              <w:bottom w:w="40" w:type="dxa"/>
              <w:right w:w="40" w:type="dxa"/>
            </w:tcMar>
          </w:tcPr>
          <w:p w14:paraId="3681AD79" w14:textId="77777777" w:rsidR="0057576A" w:rsidRPr="008B7D71" w:rsidRDefault="00E908F3">
            <w:pPr>
              <w:rPr>
                <w:rFonts w:cs="Arial"/>
                <w:sz w:val="24"/>
                <w:szCs w:val="24"/>
              </w:rPr>
            </w:pPr>
            <w:r w:rsidRPr="008B7D71">
              <w:rPr>
                <w:rFonts w:cs="Arial"/>
                <w:sz w:val="24"/>
                <w:szCs w:val="24"/>
              </w:rPr>
              <w:t xml:space="preserve"> </w:t>
            </w:r>
          </w:p>
        </w:tc>
      </w:tr>
      <w:tr w:rsidR="008B7D71" w:rsidRPr="008B7D71" w14:paraId="3616BA79" w14:textId="77777777">
        <w:trPr>
          <w:trHeight w:val="504"/>
          <w:jc w:val="center"/>
        </w:trPr>
        <w:tc>
          <w:tcPr>
            <w:tcW w:w="3888" w:type="dxa"/>
            <w:tcMar>
              <w:top w:w="40" w:type="dxa"/>
              <w:left w:w="40" w:type="dxa"/>
              <w:bottom w:w="40" w:type="dxa"/>
              <w:right w:w="40" w:type="dxa"/>
            </w:tcMar>
          </w:tcPr>
          <w:p w14:paraId="292FF3AE" w14:textId="77777777" w:rsidR="008B7D71" w:rsidRPr="008B7D71" w:rsidRDefault="008B7D71">
            <w:pPr>
              <w:rPr>
                <w:rFonts w:cs="Arial"/>
                <w:sz w:val="24"/>
                <w:szCs w:val="24"/>
              </w:rPr>
            </w:pPr>
          </w:p>
        </w:tc>
        <w:tc>
          <w:tcPr>
            <w:tcW w:w="1152" w:type="dxa"/>
            <w:tcMar>
              <w:top w:w="40" w:type="dxa"/>
              <w:left w:w="40" w:type="dxa"/>
              <w:bottom w:w="40" w:type="dxa"/>
              <w:right w:w="40" w:type="dxa"/>
            </w:tcMar>
          </w:tcPr>
          <w:p w14:paraId="2FA42F1B" w14:textId="77777777" w:rsidR="008B7D71" w:rsidRPr="008B7D71" w:rsidRDefault="008B7D71">
            <w:pPr>
              <w:rPr>
                <w:rFonts w:cs="Arial"/>
                <w:sz w:val="24"/>
                <w:szCs w:val="24"/>
              </w:rPr>
            </w:pPr>
          </w:p>
        </w:tc>
        <w:tc>
          <w:tcPr>
            <w:tcW w:w="1152" w:type="dxa"/>
            <w:tcMar>
              <w:top w:w="40" w:type="dxa"/>
              <w:left w:w="40" w:type="dxa"/>
              <w:bottom w:w="40" w:type="dxa"/>
              <w:right w:w="40" w:type="dxa"/>
            </w:tcMar>
          </w:tcPr>
          <w:p w14:paraId="48AFF0EE" w14:textId="77777777" w:rsidR="008B7D71" w:rsidRPr="008B7D71" w:rsidRDefault="008B7D71">
            <w:pPr>
              <w:rPr>
                <w:rFonts w:cs="Arial"/>
                <w:sz w:val="24"/>
                <w:szCs w:val="24"/>
              </w:rPr>
            </w:pPr>
          </w:p>
        </w:tc>
        <w:tc>
          <w:tcPr>
            <w:tcW w:w="4464" w:type="dxa"/>
            <w:tcMar>
              <w:top w:w="40" w:type="dxa"/>
              <w:left w:w="40" w:type="dxa"/>
              <w:bottom w:w="40" w:type="dxa"/>
              <w:right w:w="40" w:type="dxa"/>
            </w:tcMar>
          </w:tcPr>
          <w:p w14:paraId="20BAB74D" w14:textId="77777777" w:rsidR="008B7D71" w:rsidRPr="008B7D71" w:rsidRDefault="008B7D71">
            <w:pPr>
              <w:rPr>
                <w:rFonts w:cs="Arial"/>
                <w:sz w:val="24"/>
                <w:szCs w:val="24"/>
              </w:rPr>
            </w:pPr>
          </w:p>
        </w:tc>
      </w:tr>
      <w:tr w:rsidR="008B7D71" w:rsidRPr="008B7D71" w14:paraId="53CC39F1" w14:textId="77777777">
        <w:trPr>
          <w:trHeight w:val="504"/>
          <w:jc w:val="center"/>
        </w:trPr>
        <w:tc>
          <w:tcPr>
            <w:tcW w:w="3888" w:type="dxa"/>
            <w:tcMar>
              <w:top w:w="40" w:type="dxa"/>
              <w:left w:w="40" w:type="dxa"/>
              <w:bottom w:w="40" w:type="dxa"/>
              <w:right w:w="40" w:type="dxa"/>
            </w:tcMar>
          </w:tcPr>
          <w:p w14:paraId="20FC81F6" w14:textId="77777777" w:rsidR="008B7D71" w:rsidRPr="008B7D71" w:rsidRDefault="008B7D71">
            <w:pPr>
              <w:rPr>
                <w:rFonts w:cs="Arial"/>
                <w:sz w:val="24"/>
                <w:szCs w:val="24"/>
              </w:rPr>
            </w:pPr>
          </w:p>
        </w:tc>
        <w:tc>
          <w:tcPr>
            <w:tcW w:w="1152" w:type="dxa"/>
            <w:tcMar>
              <w:top w:w="40" w:type="dxa"/>
              <w:left w:w="40" w:type="dxa"/>
              <w:bottom w:w="40" w:type="dxa"/>
              <w:right w:w="40" w:type="dxa"/>
            </w:tcMar>
          </w:tcPr>
          <w:p w14:paraId="12127138" w14:textId="77777777" w:rsidR="008B7D71" w:rsidRPr="008B7D71" w:rsidRDefault="008B7D71">
            <w:pPr>
              <w:rPr>
                <w:rFonts w:cs="Arial"/>
                <w:sz w:val="24"/>
                <w:szCs w:val="24"/>
              </w:rPr>
            </w:pPr>
          </w:p>
        </w:tc>
        <w:tc>
          <w:tcPr>
            <w:tcW w:w="1152" w:type="dxa"/>
            <w:tcMar>
              <w:top w:w="40" w:type="dxa"/>
              <w:left w:w="40" w:type="dxa"/>
              <w:bottom w:w="40" w:type="dxa"/>
              <w:right w:w="40" w:type="dxa"/>
            </w:tcMar>
          </w:tcPr>
          <w:p w14:paraId="688E2352" w14:textId="77777777" w:rsidR="008B7D71" w:rsidRPr="008B7D71" w:rsidRDefault="008B7D71">
            <w:pPr>
              <w:rPr>
                <w:rFonts w:cs="Arial"/>
                <w:sz w:val="24"/>
                <w:szCs w:val="24"/>
              </w:rPr>
            </w:pPr>
          </w:p>
        </w:tc>
        <w:tc>
          <w:tcPr>
            <w:tcW w:w="4464" w:type="dxa"/>
            <w:tcMar>
              <w:top w:w="40" w:type="dxa"/>
              <w:left w:w="40" w:type="dxa"/>
              <w:bottom w:w="40" w:type="dxa"/>
              <w:right w:w="40" w:type="dxa"/>
            </w:tcMar>
          </w:tcPr>
          <w:p w14:paraId="2FEDE08C" w14:textId="77777777" w:rsidR="008B7D71" w:rsidRPr="008B7D71" w:rsidRDefault="008B7D71">
            <w:pPr>
              <w:rPr>
                <w:rFonts w:cs="Arial"/>
                <w:sz w:val="24"/>
                <w:szCs w:val="24"/>
              </w:rPr>
            </w:pPr>
          </w:p>
        </w:tc>
      </w:tr>
      <w:tr w:rsidR="0057576A" w:rsidRPr="008B7D71" w14:paraId="78BC7E2B" w14:textId="77777777">
        <w:trPr>
          <w:trHeight w:val="504"/>
          <w:jc w:val="center"/>
        </w:trPr>
        <w:tc>
          <w:tcPr>
            <w:tcW w:w="3888" w:type="dxa"/>
            <w:tcMar>
              <w:top w:w="40" w:type="dxa"/>
              <w:left w:w="40" w:type="dxa"/>
              <w:bottom w:w="40" w:type="dxa"/>
              <w:right w:w="40" w:type="dxa"/>
            </w:tcMar>
          </w:tcPr>
          <w:p w14:paraId="5CD7BFA5"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5BE008C3"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3CBD094A" w14:textId="77777777" w:rsidR="0057576A" w:rsidRPr="008B7D71" w:rsidRDefault="00E908F3">
            <w:pPr>
              <w:rPr>
                <w:rFonts w:cs="Arial"/>
                <w:sz w:val="24"/>
                <w:szCs w:val="24"/>
              </w:rPr>
            </w:pPr>
            <w:r w:rsidRPr="008B7D71">
              <w:rPr>
                <w:rFonts w:cs="Arial"/>
                <w:sz w:val="24"/>
                <w:szCs w:val="24"/>
              </w:rPr>
              <w:t xml:space="preserve"> </w:t>
            </w:r>
          </w:p>
        </w:tc>
        <w:tc>
          <w:tcPr>
            <w:tcW w:w="4464" w:type="dxa"/>
            <w:tcMar>
              <w:top w:w="40" w:type="dxa"/>
              <w:left w:w="40" w:type="dxa"/>
              <w:bottom w:w="40" w:type="dxa"/>
              <w:right w:w="40" w:type="dxa"/>
            </w:tcMar>
          </w:tcPr>
          <w:p w14:paraId="3B1A3DAA" w14:textId="77777777" w:rsidR="0057576A" w:rsidRPr="008B7D71" w:rsidRDefault="00E908F3">
            <w:pPr>
              <w:rPr>
                <w:rFonts w:cs="Arial"/>
                <w:sz w:val="24"/>
                <w:szCs w:val="24"/>
              </w:rPr>
            </w:pPr>
            <w:r w:rsidRPr="008B7D71">
              <w:rPr>
                <w:rFonts w:cs="Arial"/>
                <w:sz w:val="24"/>
                <w:szCs w:val="24"/>
              </w:rPr>
              <w:t xml:space="preserve"> </w:t>
            </w:r>
          </w:p>
        </w:tc>
      </w:tr>
      <w:tr w:rsidR="0057576A" w:rsidRPr="008B7D71" w14:paraId="7A4FE1C6" w14:textId="77777777">
        <w:trPr>
          <w:trHeight w:val="504"/>
          <w:jc w:val="center"/>
        </w:trPr>
        <w:tc>
          <w:tcPr>
            <w:tcW w:w="3888" w:type="dxa"/>
            <w:tcMar>
              <w:top w:w="40" w:type="dxa"/>
              <w:left w:w="40" w:type="dxa"/>
              <w:bottom w:w="40" w:type="dxa"/>
              <w:right w:w="40" w:type="dxa"/>
            </w:tcMar>
          </w:tcPr>
          <w:p w14:paraId="72412889"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48BD05C8"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1693A6CC" w14:textId="77777777" w:rsidR="0057576A" w:rsidRPr="008B7D71" w:rsidRDefault="00E908F3">
            <w:pPr>
              <w:rPr>
                <w:rFonts w:cs="Arial"/>
                <w:sz w:val="24"/>
                <w:szCs w:val="24"/>
              </w:rPr>
            </w:pPr>
            <w:r w:rsidRPr="008B7D71">
              <w:rPr>
                <w:rFonts w:cs="Arial"/>
                <w:sz w:val="24"/>
                <w:szCs w:val="24"/>
              </w:rPr>
              <w:t xml:space="preserve"> </w:t>
            </w:r>
          </w:p>
        </w:tc>
        <w:tc>
          <w:tcPr>
            <w:tcW w:w="4464" w:type="dxa"/>
            <w:tcMar>
              <w:top w:w="40" w:type="dxa"/>
              <w:left w:w="40" w:type="dxa"/>
              <w:bottom w:w="40" w:type="dxa"/>
              <w:right w:w="40" w:type="dxa"/>
            </w:tcMar>
          </w:tcPr>
          <w:p w14:paraId="39728B1E" w14:textId="77777777" w:rsidR="0057576A" w:rsidRPr="008B7D71" w:rsidRDefault="00E908F3">
            <w:pPr>
              <w:rPr>
                <w:rFonts w:cs="Arial"/>
                <w:sz w:val="24"/>
                <w:szCs w:val="24"/>
              </w:rPr>
            </w:pPr>
            <w:r w:rsidRPr="008B7D71">
              <w:rPr>
                <w:rFonts w:cs="Arial"/>
                <w:sz w:val="24"/>
                <w:szCs w:val="24"/>
              </w:rPr>
              <w:t xml:space="preserve"> </w:t>
            </w:r>
          </w:p>
        </w:tc>
      </w:tr>
    </w:tbl>
    <w:p w14:paraId="65956E00" w14:textId="77777777" w:rsidR="0057576A" w:rsidRPr="008B7D71" w:rsidRDefault="0057576A">
      <w:pPr>
        <w:rPr>
          <w:rFonts w:cs="Arial"/>
          <w:sz w:val="24"/>
          <w:szCs w:val="24"/>
        </w:rPr>
      </w:pPr>
    </w:p>
    <w:p w14:paraId="30A9E69E" w14:textId="77777777" w:rsidR="0057576A" w:rsidRDefault="00E908F3">
      <w:pPr>
        <w:spacing w:before="80" w:after="40"/>
        <w:rPr>
          <w:rFonts w:cs="Arial"/>
          <w:b/>
          <w:sz w:val="24"/>
          <w:szCs w:val="24"/>
        </w:rPr>
      </w:pPr>
      <w:r w:rsidRPr="008B7D71">
        <w:rPr>
          <w:rFonts w:cs="Arial"/>
          <w:b/>
          <w:sz w:val="24"/>
          <w:szCs w:val="24"/>
        </w:rPr>
        <w:t>Professional Qualification/Membership</w:t>
      </w:r>
    </w:p>
    <w:p w14:paraId="01011577" w14:textId="77777777" w:rsidR="008B7D71" w:rsidRPr="008B7D71" w:rsidRDefault="008B7D71">
      <w:pPr>
        <w:spacing w:before="80" w:after="40"/>
        <w:rPr>
          <w:rFonts w:cs="Arial"/>
          <w:sz w:val="24"/>
          <w:szCs w:val="24"/>
        </w:rPr>
      </w:pPr>
    </w:p>
    <w:tbl>
      <w:tblPr>
        <w:tblStyle w:val="TableGrid"/>
        <w:tblW w:w="0" w:type="auto"/>
        <w:jc w:val="center"/>
        <w:tblLayout w:type="fixed"/>
        <w:tblLook w:val="04A0" w:firstRow="1" w:lastRow="0" w:firstColumn="1" w:lastColumn="0" w:noHBand="0" w:noVBand="1"/>
      </w:tblPr>
      <w:tblGrid>
        <w:gridCol w:w="7632"/>
        <w:gridCol w:w="3024"/>
      </w:tblGrid>
      <w:tr w:rsidR="0057576A" w:rsidRPr="008B7D71" w14:paraId="1AF649E7" w14:textId="77777777">
        <w:trPr>
          <w:tblHeader/>
          <w:jc w:val="center"/>
        </w:trPr>
        <w:tc>
          <w:tcPr>
            <w:tcW w:w="7632" w:type="dxa"/>
            <w:shd w:val="clear" w:color="auto" w:fill="E7E6E6"/>
            <w:tcMar>
              <w:top w:w="40" w:type="dxa"/>
              <w:left w:w="40" w:type="dxa"/>
              <w:bottom w:w="40" w:type="dxa"/>
              <w:right w:w="40" w:type="dxa"/>
            </w:tcMar>
          </w:tcPr>
          <w:p w14:paraId="21A13672" w14:textId="77777777" w:rsidR="0057576A" w:rsidRPr="008B7D71" w:rsidRDefault="00E908F3">
            <w:pPr>
              <w:jc w:val="center"/>
              <w:rPr>
                <w:rFonts w:cs="Arial"/>
                <w:sz w:val="24"/>
                <w:szCs w:val="24"/>
              </w:rPr>
            </w:pPr>
            <w:r w:rsidRPr="008B7D71">
              <w:rPr>
                <w:rFonts w:cs="Arial"/>
                <w:b/>
                <w:sz w:val="24"/>
                <w:szCs w:val="24"/>
              </w:rPr>
              <w:t>Professional Qualification / Membership</w:t>
            </w:r>
          </w:p>
        </w:tc>
        <w:tc>
          <w:tcPr>
            <w:tcW w:w="3024" w:type="dxa"/>
            <w:shd w:val="clear" w:color="auto" w:fill="E7E6E6"/>
            <w:tcMar>
              <w:top w:w="40" w:type="dxa"/>
              <w:left w:w="40" w:type="dxa"/>
              <w:bottom w:w="40" w:type="dxa"/>
              <w:right w:w="40" w:type="dxa"/>
            </w:tcMar>
          </w:tcPr>
          <w:p w14:paraId="40B28071" w14:textId="77777777" w:rsidR="0057576A" w:rsidRPr="008B7D71" w:rsidRDefault="00E908F3">
            <w:pPr>
              <w:jc w:val="center"/>
              <w:rPr>
                <w:rFonts w:cs="Arial"/>
                <w:sz w:val="24"/>
                <w:szCs w:val="24"/>
              </w:rPr>
            </w:pPr>
            <w:r w:rsidRPr="008B7D71">
              <w:rPr>
                <w:rFonts w:cs="Arial"/>
                <w:b/>
                <w:sz w:val="24"/>
                <w:szCs w:val="24"/>
              </w:rPr>
              <w:t>Expiry Date (if applicable)</w:t>
            </w:r>
          </w:p>
        </w:tc>
      </w:tr>
      <w:tr w:rsidR="0057576A" w:rsidRPr="008B7D71" w14:paraId="2D8437D0" w14:textId="77777777">
        <w:trPr>
          <w:trHeight w:val="504"/>
          <w:jc w:val="center"/>
        </w:trPr>
        <w:tc>
          <w:tcPr>
            <w:tcW w:w="7632" w:type="dxa"/>
            <w:tcMar>
              <w:top w:w="40" w:type="dxa"/>
              <w:left w:w="40" w:type="dxa"/>
              <w:bottom w:w="40" w:type="dxa"/>
              <w:right w:w="40" w:type="dxa"/>
            </w:tcMar>
          </w:tcPr>
          <w:p w14:paraId="757DF2CA" w14:textId="77777777" w:rsidR="0057576A" w:rsidRPr="008B7D71" w:rsidRDefault="00E908F3">
            <w:pPr>
              <w:rPr>
                <w:rFonts w:cs="Arial"/>
                <w:sz w:val="24"/>
                <w:szCs w:val="24"/>
              </w:rPr>
            </w:pPr>
            <w:r w:rsidRPr="008B7D71">
              <w:rPr>
                <w:rFonts w:cs="Arial"/>
                <w:sz w:val="24"/>
                <w:szCs w:val="24"/>
              </w:rPr>
              <w:t xml:space="preserve"> </w:t>
            </w:r>
          </w:p>
        </w:tc>
        <w:tc>
          <w:tcPr>
            <w:tcW w:w="3024" w:type="dxa"/>
            <w:tcMar>
              <w:top w:w="40" w:type="dxa"/>
              <w:left w:w="40" w:type="dxa"/>
              <w:bottom w:w="40" w:type="dxa"/>
              <w:right w:w="40" w:type="dxa"/>
            </w:tcMar>
          </w:tcPr>
          <w:p w14:paraId="7BD82158" w14:textId="77777777" w:rsidR="0057576A" w:rsidRPr="008B7D71" w:rsidRDefault="00E908F3">
            <w:pPr>
              <w:rPr>
                <w:rFonts w:cs="Arial"/>
                <w:sz w:val="24"/>
                <w:szCs w:val="24"/>
              </w:rPr>
            </w:pPr>
            <w:r w:rsidRPr="008B7D71">
              <w:rPr>
                <w:rFonts w:cs="Arial"/>
                <w:sz w:val="24"/>
                <w:szCs w:val="24"/>
              </w:rPr>
              <w:t xml:space="preserve"> </w:t>
            </w:r>
          </w:p>
        </w:tc>
      </w:tr>
      <w:tr w:rsidR="008B7D71" w:rsidRPr="008B7D71" w14:paraId="0AEB6426" w14:textId="77777777">
        <w:trPr>
          <w:trHeight w:val="504"/>
          <w:jc w:val="center"/>
        </w:trPr>
        <w:tc>
          <w:tcPr>
            <w:tcW w:w="7632" w:type="dxa"/>
            <w:tcMar>
              <w:top w:w="40" w:type="dxa"/>
              <w:left w:w="40" w:type="dxa"/>
              <w:bottom w:w="40" w:type="dxa"/>
              <w:right w:w="40" w:type="dxa"/>
            </w:tcMar>
          </w:tcPr>
          <w:p w14:paraId="445DF05E" w14:textId="77777777" w:rsidR="008B7D71" w:rsidRPr="008B7D71" w:rsidRDefault="008B7D71">
            <w:pPr>
              <w:rPr>
                <w:rFonts w:cs="Arial"/>
                <w:sz w:val="24"/>
                <w:szCs w:val="24"/>
              </w:rPr>
            </w:pPr>
          </w:p>
        </w:tc>
        <w:tc>
          <w:tcPr>
            <w:tcW w:w="3024" w:type="dxa"/>
            <w:tcMar>
              <w:top w:w="40" w:type="dxa"/>
              <w:left w:w="40" w:type="dxa"/>
              <w:bottom w:w="40" w:type="dxa"/>
              <w:right w:w="40" w:type="dxa"/>
            </w:tcMar>
          </w:tcPr>
          <w:p w14:paraId="62DB1CC4" w14:textId="77777777" w:rsidR="008B7D71" w:rsidRPr="008B7D71" w:rsidRDefault="008B7D71">
            <w:pPr>
              <w:rPr>
                <w:rFonts w:cs="Arial"/>
                <w:sz w:val="24"/>
                <w:szCs w:val="24"/>
              </w:rPr>
            </w:pPr>
          </w:p>
        </w:tc>
      </w:tr>
      <w:tr w:rsidR="008B7D71" w:rsidRPr="008B7D71" w14:paraId="18340A62" w14:textId="77777777">
        <w:trPr>
          <w:trHeight w:val="504"/>
          <w:jc w:val="center"/>
        </w:trPr>
        <w:tc>
          <w:tcPr>
            <w:tcW w:w="7632" w:type="dxa"/>
            <w:tcMar>
              <w:top w:w="40" w:type="dxa"/>
              <w:left w:w="40" w:type="dxa"/>
              <w:bottom w:w="40" w:type="dxa"/>
              <w:right w:w="40" w:type="dxa"/>
            </w:tcMar>
          </w:tcPr>
          <w:p w14:paraId="036DAA39" w14:textId="77777777" w:rsidR="008B7D71" w:rsidRPr="008B7D71" w:rsidRDefault="008B7D71">
            <w:pPr>
              <w:rPr>
                <w:rFonts w:cs="Arial"/>
                <w:sz w:val="24"/>
                <w:szCs w:val="24"/>
              </w:rPr>
            </w:pPr>
          </w:p>
        </w:tc>
        <w:tc>
          <w:tcPr>
            <w:tcW w:w="3024" w:type="dxa"/>
            <w:tcMar>
              <w:top w:w="40" w:type="dxa"/>
              <w:left w:w="40" w:type="dxa"/>
              <w:bottom w:w="40" w:type="dxa"/>
              <w:right w:w="40" w:type="dxa"/>
            </w:tcMar>
          </w:tcPr>
          <w:p w14:paraId="21280AD3" w14:textId="77777777" w:rsidR="008B7D71" w:rsidRPr="008B7D71" w:rsidRDefault="008B7D71">
            <w:pPr>
              <w:rPr>
                <w:rFonts w:cs="Arial"/>
                <w:sz w:val="24"/>
                <w:szCs w:val="24"/>
              </w:rPr>
            </w:pPr>
          </w:p>
        </w:tc>
      </w:tr>
      <w:tr w:rsidR="0057576A" w:rsidRPr="008B7D71" w14:paraId="7CA6D477" w14:textId="77777777">
        <w:trPr>
          <w:trHeight w:val="504"/>
          <w:jc w:val="center"/>
        </w:trPr>
        <w:tc>
          <w:tcPr>
            <w:tcW w:w="7632" w:type="dxa"/>
            <w:tcMar>
              <w:top w:w="40" w:type="dxa"/>
              <w:left w:w="40" w:type="dxa"/>
              <w:bottom w:w="40" w:type="dxa"/>
              <w:right w:w="40" w:type="dxa"/>
            </w:tcMar>
          </w:tcPr>
          <w:p w14:paraId="1F7F2141" w14:textId="77777777" w:rsidR="0057576A" w:rsidRPr="008B7D71" w:rsidRDefault="00E908F3">
            <w:pPr>
              <w:rPr>
                <w:rFonts w:cs="Arial"/>
                <w:sz w:val="24"/>
                <w:szCs w:val="24"/>
              </w:rPr>
            </w:pPr>
            <w:r w:rsidRPr="008B7D71">
              <w:rPr>
                <w:rFonts w:cs="Arial"/>
                <w:sz w:val="24"/>
                <w:szCs w:val="24"/>
              </w:rPr>
              <w:t xml:space="preserve"> </w:t>
            </w:r>
          </w:p>
        </w:tc>
        <w:tc>
          <w:tcPr>
            <w:tcW w:w="3024" w:type="dxa"/>
            <w:tcMar>
              <w:top w:w="40" w:type="dxa"/>
              <w:left w:w="40" w:type="dxa"/>
              <w:bottom w:w="40" w:type="dxa"/>
              <w:right w:w="40" w:type="dxa"/>
            </w:tcMar>
          </w:tcPr>
          <w:p w14:paraId="6B2B714F" w14:textId="77777777" w:rsidR="0057576A" w:rsidRPr="008B7D71" w:rsidRDefault="00E908F3">
            <w:pPr>
              <w:rPr>
                <w:rFonts w:cs="Arial"/>
                <w:sz w:val="24"/>
                <w:szCs w:val="24"/>
              </w:rPr>
            </w:pPr>
            <w:r w:rsidRPr="008B7D71">
              <w:rPr>
                <w:rFonts w:cs="Arial"/>
                <w:sz w:val="24"/>
                <w:szCs w:val="24"/>
              </w:rPr>
              <w:t xml:space="preserve"> </w:t>
            </w:r>
          </w:p>
        </w:tc>
      </w:tr>
      <w:tr w:rsidR="0057576A" w:rsidRPr="008B7D71" w14:paraId="19C1E71B" w14:textId="77777777">
        <w:trPr>
          <w:trHeight w:val="504"/>
          <w:jc w:val="center"/>
        </w:trPr>
        <w:tc>
          <w:tcPr>
            <w:tcW w:w="7632" w:type="dxa"/>
            <w:tcMar>
              <w:top w:w="40" w:type="dxa"/>
              <w:left w:w="40" w:type="dxa"/>
              <w:bottom w:w="40" w:type="dxa"/>
              <w:right w:w="40" w:type="dxa"/>
            </w:tcMar>
          </w:tcPr>
          <w:p w14:paraId="2731C14F" w14:textId="77777777" w:rsidR="0057576A" w:rsidRPr="008B7D71" w:rsidRDefault="00E908F3">
            <w:pPr>
              <w:rPr>
                <w:rFonts w:cs="Arial"/>
                <w:sz w:val="24"/>
                <w:szCs w:val="24"/>
              </w:rPr>
            </w:pPr>
            <w:r w:rsidRPr="008B7D71">
              <w:rPr>
                <w:rFonts w:cs="Arial"/>
                <w:sz w:val="24"/>
                <w:szCs w:val="24"/>
              </w:rPr>
              <w:t xml:space="preserve"> </w:t>
            </w:r>
          </w:p>
        </w:tc>
        <w:tc>
          <w:tcPr>
            <w:tcW w:w="3024" w:type="dxa"/>
            <w:tcMar>
              <w:top w:w="40" w:type="dxa"/>
              <w:left w:w="40" w:type="dxa"/>
              <w:bottom w:w="40" w:type="dxa"/>
              <w:right w:w="40" w:type="dxa"/>
            </w:tcMar>
          </w:tcPr>
          <w:p w14:paraId="3AD1B2B7" w14:textId="77777777" w:rsidR="0057576A" w:rsidRPr="008B7D71" w:rsidRDefault="00E908F3">
            <w:pPr>
              <w:rPr>
                <w:rFonts w:cs="Arial"/>
                <w:sz w:val="24"/>
                <w:szCs w:val="24"/>
              </w:rPr>
            </w:pPr>
            <w:r w:rsidRPr="008B7D71">
              <w:rPr>
                <w:rFonts w:cs="Arial"/>
                <w:sz w:val="24"/>
                <w:szCs w:val="24"/>
              </w:rPr>
              <w:t xml:space="preserve"> </w:t>
            </w:r>
          </w:p>
        </w:tc>
      </w:tr>
    </w:tbl>
    <w:p w14:paraId="3ECBBB5E" w14:textId="77777777" w:rsidR="008B7D71" w:rsidRDefault="008B7D71">
      <w:pPr>
        <w:spacing w:before="80" w:after="40"/>
        <w:rPr>
          <w:rFonts w:cs="Arial"/>
          <w:b/>
          <w:sz w:val="24"/>
          <w:szCs w:val="24"/>
        </w:rPr>
      </w:pPr>
    </w:p>
    <w:p w14:paraId="28DFE6B5" w14:textId="77777777" w:rsidR="0057576A" w:rsidRPr="008B7D71" w:rsidRDefault="00E908F3">
      <w:pPr>
        <w:spacing w:before="80" w:after="40"/>
        <w:rPr>
          <w:rFonts w:cs="Arial"/>
          <w:sz w:val="24"/>
          <w:szCs w:val="24"/>
        </w:rPr>
      </w:pPr>
      <w:r w:rsidRPr="008B7D71">
        <w:rPr>
          <w:rFonts w:cs="Arial"/>
          <w:b/>
          <w:sz w:val="24"/>
          <w:szCs w:val="24"/>
        </w:rPr>
        <w:t>Scottish Social Services Council (SSSC)</w:t>
      </w:r>
    </w:p>
    <w:p w14:paraId="30A27443" w14:textId="77777777" w:rsidR="008B7D71" w:rsidRDefault="008B7D71">
      <w:pPr>
        <w:rPr>
          <w:rFonts w:cs="Arial"/>
          <w:sz w:val="24"/>
          <w:szCs w:val="24"/>
        </w:rPr>
      </w:pPr>
    </w:p>
    <w:p w14:paraId="63530541" w14:textId="77777777" w:rsidR="0057576A" w:rsidRPr="00007CC1" w:rsidRDefault="00E908F3">
      <w:pPr>
        <w:rPr>
          <w:rFonts w:cs="Arial"/>
          <w:sz w:val="24"/>
          <w:szCs w:val="24"/>
        </w:rPr>
      </w:pPr>
      <w:r w:rsidRPr="00007CC1">
        <w:rPr>
          <w:rFonts w:cs="Arial"/>
          <w:sz w:val="24"/>
          <w:szCs w:val="24"/>
        </w:rPr>
        <w:t>Are you currently registered with the Scottish Social Services Council (SSSC)?        Yes / No</w:t>
      </w:r>
    </w:p>
    <w:p w14:paraId="02FD836E" w14:textId="77777777" w:rsidR="008B7D71" w:rsidRPr="00007CC1" w:rsidRDefault="008B7D71">
      <w:pPr>
        <w:rPr>
          <w:rFonts w:cs="Arial"/>
          <w:sz w:val="24"/>
          <w:szCs w:val="24"/>
        </w:rPr>
      </w:pPr>
    </w:p>
    <w:p w14:paraId="52A7CD41" w14:textId="77777777" w:rsidR="008B7D71" w:rsidRPr="00007CC1" w:rsidRDefault="00E908F3">
      <w:pPr>
        <w:rPr>
          <w:rFonts w:cs="Arial"/>
          <w:sz w:val="24"/>
          <w:szCs w:val="24"/>
        </w:rPr>
      </w:pPr>
      <w:r w:rsidRPr="00007CC1">
        <w:rPr>
          <w:rFonts w:cs="Arial"/>
          <w:sz w:val="24"/>
          <w:szCs w:val="24"/>
        </w:rPr>
        <w:t xml:space="preserve">Registration Number:  </w:t>
      </w:r>
      <w:r w:rsidR="008B7D71" w:rsidRPr="00007CC1">
        <w:rPr>
          <w:rFonts w:cs="Arial"/>
          <w:sz w:val="24"/>
          <w:szCs w:val="24"/>
        </w:rPr>
        <w:tab/>
      </w:r>
      <w:r w:rsidR="008B7D71" w:rsidRPr="00007CC1">
        <w:rPr>
          <w:rFonts w:cs="Arial"/>
          <w:sz w:val="24"/>
          <w:szCs w:val="24"/>
        </w:rPr>
        <w:tab/>
      </w:r>
      <w:r w:rsidR="008B7D71" w:rsidRPr="00007CC1">
        <w:rPr>
          <w:rFonts w:cs="Arial"/>
          <w:sz w:val="24"/>
          <w:szCs w:val="24"/>
        </w:rPr>
        <w:tab/>
      </w:r>
      <w:r w:rsidRPr="00007CC1">
        <w:rPr>
          <w:rFonts w:cs="Arial"/>
          <w:sz w:val="24"/>
          <w:szCs w:val="24"/>
        </w:rPr>
        <w:t xml:space="preserve">_______________________________    </w:t>
      </w:r>
    </w:p>
    <w:p w14:paraId="0A7A1C99" w14:textId="77777777" w:rsidR="008B7D71" w:rsidRPr="00007CC1" w:rsidRDefault="008B7D71">
      <w:pPr>
        <w:rPr>
          <w:rFonts w:cs="Arial"/>
          <w:sz w:val="24"/>
          <w:szCs w:val="24"/>
        </w:rPr>
      </w:pPr>
    </w:p>
    <w:p w14:paraId="09A7C5DE" w14:textId="77777777" w:rsidR="0057576A" w:rsidRPr="00007CC1" w:rsidRDefault="00E908F3">
      <w:pPr>
        <w:rPr>
          <w:rFonts w:cs="Arial"/>
          <w:sz w:val="24"/>
          <w:szCs w:val="24"/>
        </w:rPr>
      </w:pPr>
      <w:r w:rsidRPr="00007CC1">
        <w:rPr>
          <w:rFonts w:cs="Arial"/>
          <w:sz w:val="24"/>
          <w:szCs w:val="24"/>
        </w:rPr>
        <w:t xml:space="preserve">Register Part: </w:t>
      </w:r>
      <w:r w:rsidR="008B7D71" w:rsidRPr="00007CC1">
        <w:rPr>
          <w:rFonts w:cs="Arial"/>
          <w:sz w:val="24"/>
          <w:szCs w:val="24"/>
        </w:rPr>
        <w:tab/>
      </w:r>
      <w:r w:rsidR="008B7D71" w:rsidRPr="00007CC1">
        <w:rPr>
          <w:rFonts w:cs="Arial"/>
          <w:sz w:val="24"/>
          <w:szCs w:val="24"/>
        </w:rPr>
        <w:tab/>
      </w:r>
      <w:r w:rsidRPr="00007CC1">
        <w:rPr>
          <w:rFonts w:cs="Arial"/>
          <w:sz w:val="24"/>
          <w:szCs w:val="24"/>
        </w:rPr>
        <w:t xml:space="preserve"> </w:t>
      </w:r>
      <w:r w:rsidR="008B7D71" w:rsidRPr="00007CC1">
        <w:rPr>
          <w:rFonts w:cs="Arial"/>
          <w:sz w:val="24"/>
          <w:szCs w:val="24"/>
        </w:rPr>
        <w:tab/>
      </w:r>
      <w:r w:rsidR="008B7D71" w:rsidRPr="00007CC1">
        <w:rPr>
          <w:rFonts w:cs="Arial"/>
          <w:sz w:val="24"/>
          <w:szCs w:val="24"/>
        </w:rPr>
        <w:tab/>
      </w:r>
      <w:r w:rsidRPr="00007CC1">
        <w:rPr>
          <w:rFonts w:cs="Arial"/>
          <w:sz w:val="24"/>
          <w:szCs w:val="24"/>
        </w:rPr>
        <w:t>______________________________</w:t>
      </w:r>
    </w:p>
    <w:p w14:paraId="045E968A" w14:textId="77777777" w:rsidR="008B7D71" w:rsidRPr="00007CC1" w:rsidRDefault="008B7D71">
      <w:pPr>
        <w:rPr>
          <w:rFonts w:cs="Arial"/>
          <w:sz w:val="24"/>
          <w:szCs w:val="24"/>
        </w:rPr>
      </w:pPr>
    </w:p>
    <w:p w14:paraId="3BC1EB26" w14:textId="77777777" w:rsidR="0057576A" w:rsidRPr="00007CC1" w:rsidRDefault="00E908F3">
      <w:pPr>
        <w:rPr>
          <w:rFonts w:cs="Arial"/>
          <w:sz w:val="24"/>
          <w:szCs w:val="24"/>
        </w:rPr>
      </w:pPr>
      <w:r w:rsidRPr="00007CC1">
        <w:rPr>
          <w:rFonts w:cs="Arial"/>
          <w:sz w:val="24"/>
          <w:szCs w:val="24"/>
        </w:rPr>
        <w:t xml:space="preserve">Expiry / Renewal Date (if applicable): </w:t>
      </w:r>
      <w:r w:rsidR="008B7D71" w:rsidRPr="00007CC1">
        <w:rPr>
          <w:rFonts w:cs="Arial"/>
          <w:sz w:val="24"/>
          <w:szCs w:val="24"/>
        </w:rPr>
        <w:tab/>
      </w:r>
      <w:r w:rsidR="008B7D71" w:rsidRPr="00007CC1">
        <w:rPr>
          <w:rFonts w:cs="Arial"/>
          <w:sz w:val="24"/>
          <w:szCs w:val="24"/>
        </w:rPr>
        <w:tab/>
      </w:r>
      <w:r w:rsidRPr="00007CC1">
        <w:rPr>
          <w:rFonts w:cs="Arial"/>
          <w:sz w:val="24"/>
          <w:szCs w:val="24"/>
        </w:rPr>
        <w:t xml:space="preserve"> ______________________________</w:t>
      </w:r>
    </w:p>
    <w:p w14:paraId="1966E16E" w14:textId="77777777" w:rsidR="008B7D71" w:rsidRPr="00007CC1" w:rsidRDefault="008B7D71">
      <w:pPr>
        <w:spacing w:after="100"/>
        <w:rPr>
          <w:rFonts w:cs="Arial"/>
          <w:sz w:val="24"/>
          <w:szCs w:val="24"/>
        </w:rPr>
      </w:pPr>
    </w:p>
    <w:p w14:paraId="1AE2FD86" w14:textId="77777777" w:rsidR="0057576A" w:rsidRPr="00007CC1" w:rsidRDefault="00E908F3">
      <w:pPr>
        <w:spacing w:after="100"/>
        <w:rPr>
          <w:rFonts w:cs="Arial"/>
          <w:sz w:val="24"/>
          <w:szCs w:val="24"/>
        </w:rPr>
      </w:pPr>
      <w:r w:rsidRPr="00007CC1">
        <w:rPr>
          <w:rFonts w:cs="Arial"/>
          <w:sz w:val="24"/>
          <w:szCs w:val="24"/>
        </w:rPr>
        <w:t xml:space="preserve">If you are not currently registered, are you willing to apply for SSSC registration within the required timescale if appointed?        </w:t>
      </w:r>
      <w:r w:rsidRPr="00007CC1">
        <w:rPr>
          <w:rFonts w:cs="Arial"/>
          <w:b/>
          <w:bCs/>
          <w:sz w:val="24"/>
          <w:szCs w:val="24"/>
        </w:rPr>
        <w:t>Yes / No</w:t>
      </w:r>
    </w:p>
    <w:p w14:paraId="1124B8E0" w14:textId="77777777" w:rsidR="008B7D71" w:rsidRPr="00007CC1" w:rsidRDefault="008B7D71">
      <w:pPr>
        <w:spacing w:before="80" w:after="40"/>
        <w:rPr>
          <w:rFonts w:cs="Arial"/>
          <w:b/>
          <w:sz w:val="24"/>
          <w:szCs w:val="24"/>
        </w:rPr>
      </w:pPr>
    </w:p>
    <w:p w14:paraId="48D52FE2" w14:textId="77777777" w:rsidR="008B7D71" w:rsidRDefault="008B7D71">
      <w:pPr>
        <w:spacing w:before="80" w:after="40"/>
        <w:rPr>
          <w:rFonts w:cs="Arial"/>
          <w:b/>
          <w:sz w:val="24"/>
          <w:szCs w:val="24"/>
        </w:rPr>
      </w:pPr>
    </w:p>
    <w:p w14:paraId="359AC805" w14:textId="77777777" w:rsidR="008B7D71" w:rsidRDefault="008B7D71">
      <w:pPr>
        <w:spacing w:before="80" w:after="40"/>
        <w:rPr>
          <w:rFonts w:cs="Arial"/>
          <w:b/>
          <w:sz w:val="24"/>
          <w:szCs w:val="24"/>
        </w:rPr>
      </w:pPr>
    </w:p>
    <w:p w14:paraId="0DF83645" w14:textId="77777777" w:rsidR="008B7D71" w:rsidRDefault="008B7D71">
      <w:pPr>
        <w:spacing w:before="80" w:after="40"/>
        <w:rPr>
          <w:rFonts w:cs="Arial"/>
          <w:b/>
          <w:sz w:val="24"/>
          <w:szCs w:val="24"/>
        </w:rPr>
      </w:pPr>
    </w:p>
    <w:p w14:paraId="0646AF5D" w14:textId="77777777" w:rsidR="008B7D71" w:rsidRDefault="008B7D71">
      <w:pPr>
        <w:spacing w:before="80" w:after="40"/>
        <w:rPr>
          <w:rFonts w:cs="Arial"/>
          <w:b/>
          <w:sz w:val="24"/>
          <w:szCs w:val="24"/>
        </w:rPr>
      </w:pPr>
    </w:p>
    <w:p w14:paraId="60C24266" w14:textId="77777777" w:rsidR="008B7D71" w:rsidRDefault="008B7D71">
      <w:pPr>
        <w:spacing w:before="80" w:after="40"/>
        <w:rPr>
          <w:rFonts w:cs="Arial"/>
          <w:b/>
          <w:sz w:val="24"/>
          <w:szCs w:val="24"/>
        </w:rPr>
      </w:pPr>
    </w:p>
    <w:p w14:paraId="177A2510" w14:textId="77777777" w:rsidR="0057576A" w:rsidRPr="00007CC1" w:rsidRDefault="00E908F3">
      <w:pPr>
        <w:spacing w:before="80" w:after="40"/>
        <w:rPr>
          <w:rFonts w:cs="Arial"/>
          <w:sz w:val="28"/>
          <w:szCs w:val="28"/>
        </w:rPr>
      </w:pPr>
      <w:r w:rsidRPr="00007CC1">
        <w:rPr>
          <w:rFonts w:cs="Arial"/>
          <w:b/>
          <w:sz w:val="28"/>
          <w:szCs w:val="28"/>
        </w:rPr>
        <w:t>References</w:t>
      </w:r>
    </w:p>
    <w:p w14:paraId="43ECA0C4" w14:textId="77777777" w:rsidR="008B7D71" w:rsidRDefault="008B7D71">
      <w:pPr>
        <w:rPr>
          <w:rFonts w:cs="Arial"/>
          <w:sz w:val="24"/>
          <w:szCs w:val="24"/>
        </w:rPr>
      </w:pPr>
    </w:p>
    <w:p w14:paraId="67E063C1" w14:textId="77777777" w:rsidR="0057576A" w:rsidRPr="008B7D71" w:rsidRDefault="00E908F3">
      <w:pPr>
        <w:rPr>
          <w:rFonts w:cs="Arial"/>
          <w:sz w:val="24"/>
          <w:szCs w:val="24"/>
        </w:rPr>
      </w:pPr>
      <w:r w:rsidRPr="008B7D71">
        <w:rPr>
          <w:rFonts w:cs="Arial"/>
          <w:sz w:val="24"/>
          <w:szCs w:val="24"/>
        </w:rPr>
        <w:t>Please provide the names of two referees, one of which should be your present or most recent employer.</w:t>
      </w:r>
    </w:p>
    <w:p w14:paraId="265FDA2D" w14:textId="77777777" w:rsidR="008B7D71" w:rsidRDefault="008B7D71">
      <w:pPr>
        <w:spacing w:after="40"/>
        <w:rPr>
          <w:rFonts w:cs="Arial"/>
          <w:sz w:val="24"/>
          <w:szCs w:val="24"/>
        </w:rPr>
      </w:pPr>
    </w:p>
    <w:p w14:paraId="4641BBE0" w14:textId="77777777" w:rsidR="0057576A" w:rsidRPr="008B7D71" w:rsidRDefault="00E908F3">
      <w:pPr>
        <w:spacing w:after="40"/>
        <w:rPr>
          <w:rFonts w:cs="Arial"/>
          <w:sz w:val="24"/>
          <w:szCs w:val="24"/>
        </w:rPr>
      </w:pPr>
      <w:r>
        <w:t>References will normally be requested following a conditional offer of employment. If, exceptionally, we need to contact your referees before this stage, we will only do so with your permission.</w:t>
      </w:r>
    </w:p>
    <w:tbl>
      <w:tblPr>
        <w:tblStyle w:val="TableGrid"/>
        <w:tblW w:w="0" w:type="auto"/>
        <w:jc w:val="center"/>
        <w:tblLayout w:type="fixed"/>
        <w:tblLook w:val="04A0" w:firstRow="1" w:lastRow="0" w:firstColumn="1" w:lastColumn="0" w:noHBand="0" w:noVBand="1"/>
      </w:tblPr>
      <w:tblGrid>
        <w:gridCol w:w="5328"/>
        <w:gridCol w:w="5328"/>
      </w:tblGrid>
      <w:tr w:rsidR="0057576A" w:rsidRPr="008B7D71" w14:paraId="51137850" w14:textId="77777777">
        <w:trPr>
          <w:jc w:val="center"/>
        </w:trPr>
        <w:tc>
          <w:tcPr>
            <w:tcW w:w="5328" w:type="dxa"/>
            <w:shd w:val="clear" w:color="auto" w:fill="E7E6E6"/>
            <w:tcMar>
              <w:top w:w="60" w:type="dxa"/>
              <w:left w:w="60" w:type="dxa"/>
              <w:bottom w:w="60" w:type="dxa"/>
              <w:right w:w="60" w:type="dxa"/>
            </w:tcMar>
          </w:tcPr>
          <w:p w14:paraId="62D15DCF" w14:textId="77777777" w:rsidR="008B7D71" w:rsidRDefault="00E908F3">
            <w:pPr>
              <w:rPr>
                <w:rFonts w:cs="Arial"/>
                <w:b/>
                <w:sz w:val="24"/>
                <w:szCs w:val="24"/>
              </w:rPr>
            </w:pPr>
            <w:r w:rsidRPr="008B7D71">
              <w:rPr>
                <w:rFonts w:cs="Arial"/>
                <w:b/>
                <w:sz w:val="24"/>
                <w:szCs w:val="24"/>
              </w:rPr>
              <w:t xml:space="preserve">Reference 1    </w:t>
            </w:r>
          </w:p>
          <w:p w14:paraId="1508BB73" w14:textId="7671DE8D" w:rsidR="0057576A" w:rsidRPr="008B7D71" w:rsidRDefault="00E908F3">
            <w:pPr>
              <w:rPr>
                <w:rFonts w:cs="Arial"/>
                <w:sz w:val="24"/>
                <w:szCs w:val="24"/>
              </w:rPr>
            </w:pPr>
            <w:r w:rsidRPr="008B7D71">
              <w:rPr>
                <w:rFonts w:cs="Arial"/>
                <w:b/>
                <w:sz w:val="24"/>
                <w:szCs w:val="24"/>
              </w:rPr>
              <w:t xml:space="preserve">Do not contact before </w:t>
            </w:r>
            <w:r w:rsidR="00007CC1" w:rsidRPr="008B7D71">
              <w:rPr>
                <w:rFonts w:cs="Arial"/>
                <w:b/>
                <w:sz w:val="24"/>
                <w:szCs w:val="24"/>
              </w:rPr>
              <w:t xml:space="preserve">interview </w:t>
            </w:r>
            <w:r w:rsidR="00007CC1" w:rsidRPr="008B7D71">
              <w:rPr>
                <w:rFonts w:ascii="Segoe UI Symbol" w:hAnsi="Segoe UI Symbol" w:cs="Segoe UI Symbol"/>
                <w:b/>
                <w:sz w:val="24"/>
                <w:szCs w:val="24"/>
              </w:rPr>
              <w:t>☐</w:t>
            </w:r>
          </w:p>
        </w:tc>
        <w:tc>
          <w:tcPr>
            <w:tcW w:w="5328" w:type="dxa"/>
            <w:shd w:val="clear" w:color="auto" w:fill="E7E6E6"/>
            <w:tcMar>
              <w:top w:w="60" w:type="dxa"/>
              <w:left w:w="60" w:type="dxa"/>
              <w:bottom w:w="60" w:type="dxa"/>
              <w:right w:w="60" w:type="dxa"/>
            </w:tcMar>
          </w:tcPr>
          <w:p w14:paraId="0B0BD7D0" w14:textId="77777777" w:rsidR="008B7D71" w:rsidRDefault="00E908F3">
            <w:pPr>
              <w:rPr>
                <w:rFonts w:cs="Arial"/>
                <w:b/>
                <w:sz w:val="24"/>
                <w:szCs w:val="24"/>
              </w:rPr>
            </w:pPr>
            <w:r w:rsidRPr="008B7D71">
              <w:rPr>
                <w:rFonts w:cs="Arial"/>
                <w:b/>
                <w:sz w:val="24"/>
                <w:szCs w:val="24"/>
              </w:rPr>
              <w:t xml:space="preserve">Reference 2   </w:t>
            </w:r>
          </w:p>
          <w:p w14:paraId="60630068" w14:textId="3666786C" w:rsidR="0057576A" w:rsidRPr="008B7D71" w:rsidRDefault="00E908F3">
            <w:pPr>
              <w:rPr>
                <w:rFonts w:cs="Arial"/>
                <w:sz w:val="24"/>
                <w:szCs w:val="24"/>
              </w:rPr>
            </w:pPr>
            <w:r w:rsidRPr="008B7D71">
              <w:rPr>
                <w:rFonts w:cs="Arial"/>
                <w:b/>
                <w:sz w:val="24"/>
                <w:szCs w:val="24"/>
              </w:rPr>
              <w:t xml:space="preserve"> Do not contact before </w:t>
            </w:r>
            <w:r w:rsidR="00007CC1" w:rsidRPr="008B7D71">
              <w:rPr>
                <w:rFonts w:cs="Arial"/>
                <w:b/>
                <w:sz w:val="24"/>
                <w:szCs w:val="24"/>
              </w:rPr>
              <w:t xml:space="preserve">interview </w:t>
            </w:r>
            <w:r w:rsidR="00007CC1" w:rsidRPr="008B7D71">
              <w:rPr>
                <w:rFonts w:ascii="Segoe UI Symbol" w:hAnsi="Segoe UI Symbol" w:cs="Segoe UI Symbol"/>
                <w:b/>
                <w:sz w:val="24"/>
                <w:szCs w:val="24"/>
              </w:rPr>
              <w:t>☐</w:t>
            </w:r>
          </w:p>
        </w:tc>
      </w:tr>
      <w:tr w:rsidR="0057576A" w:rsidRPr="008B7D71" w14:paraId="0D63F94E" w14:textId="77777777">
        <w:trPr>
          <w:jc w:val="center"/>
        </w:trPr>
        <w:tc>
          <w:tcPr>
            <w:tcW w:w="5328" w:type="dxa"/>
            <w:tcMar>
              <w:top w:w="60" w:type="dxa"/>
              <w:left w:w="60" w:type="dxa"/>
              <w:bottom w:w="60" w:type="dxa"/>
              <w:right w:w="60" w:type="dxa"/>
            </w:tcMar>
          </w:tcPr>
          <w:p w14:paraId="72FB696E" w14:textId="77777777" w:rsidR="0057576A" w:rsidRPr="008B7D71" w:rsidRDefault="00E908F3" w:rsidP="00007CC1">
            <w:pPr>
              <w:spacing w:line="360" w:lineRule="auto"/>
              <w:rPr>
                <w:rFonts w:cs="Arial"/>
                <w:sz w:val="24"/>
                <w:szCs w:val="24"/>
              </w:rPr>
            </w:pPr>
            <w:r w:rsidRPr="008B7D71">
              <w:rPr>
                <w:rFonts w:cs="Arial"/>
                <w:b/>
                <w:sz w:val="24"/>
                <w:szCs w:val="24"/>
              </w:rPr>
              <w:t xml:space="preserve">Name:  </w:t>
            </w:r>
          </w:p>
        </w:tc>
        <w:tc>
          <w:tcPr>
            <w:tcW w:w="5328" w:type="dxa"/>
            <w:tcMar>
              <w:top w:w="60" w:type="dxa"/>
              <w:left w:w="60" w:type="dxa"/>
              <w:bottom w:w="60" w:type="dxa"/>
              <w:right w:w="60" w:type="dxa"/>
            </w:tcMar>
          </w:tcPr>
          <w:p w14:paraId="32088F08" w14:textId="66B2B32D" w:rsidR="0057576A" w:rsidRPr="008B7D71" w:rsidRDefault="00E908F3" w:rsidP="00007CC1">
            <w:pPr>
              <w:spacing w:line="360" w:lineRule="auto"/>
              <w:rPr>
                <w:rFonts w:cs="Arial"/>
                <w:sz w:val="24"/>
                <w:szCs w:val="24"/>
              </w:rPr>
            </w:pPr>
            <w:r w:rsidRPr="008B7D71">
              <w:rPr>
                <w:rFonts w:cs="Arial"/>
                <w:b/>
                <w:sz w:val="24"/>
                <w:szCs w:val="24"/>
              </w:rPr>
              <w:t xml:space="preserve">Name:  </w:t>
            </w:r>
          </w:p>
        </w:tc>
      </w:tr>
      <w:tr w:rsidR="0057576A" w:rsidRPr="008B7D71" w14:paraId="5BB880E4" w14:textId="77777777">
        <w:trPr>
          <w:jc w:val="center"/>
        </w:trPr>
        <w:tc>
          <w:tcPr>
            <w:tcW w:w="5328" w:type="dxa"/>
            <w:tcMar>
              <w:top w:w="60" w:type="dxa"/>
              <w:left w:w="60" w:type="dxa"/>
              <w:bottom w:w="60" w:type="dxa"/>
              <w:right w:w="60" w:type="dxa"/>
            </w:tcMar>
          </w:tcPr>
          <w:p w14:paraId="4F5FDF2E" w14:textId="77777777" w:rsidR="0057576A" w:rsidRPr="008B7D71" w:rsidRDefault="00E908F3" w:rsidP="00007CC1">
            <w:pPr>
              <w:spacing w:line="360" w:lineRule="auto"/>
              <w:rPr>
                <w:rFonts w:cs="Arial"/>
                <w:sz w:val="24"/>
                <w:szCs w:val="24"/>
              </w:rPr>
            </w:pPr>
            <w:r w:rsidRPr="008B7D71">
              <w:rPr>
                <w:rFonts w:cs="Arial"/>
                <w:b/>
                <w:sz w:val="24"/>
                <w:szCs w:val="24"/>
              </w:rPr>
              <w:t xml:space="preserve">Organisation:  </w:t>
            </w:r>
          </w:p>
        </w:tc>
        <w:tc>
          <w:tcPr>
            <w:tcW w:w="5328" w:type="dxa"/>
            <w:tcMar>
              <w:top w:w="60" w:type="dxa"/>
              <w:left w:w="60" w:type="dxa"/>
              <w:bottom w:w="60" w:type="dxa"/>
              <w:right w:w="60" w:type="dxa"/>
            </w:tcMar>
          </w:tcPr>
          <w:p w14:paraId="2C01CA3E" w14:textId="7090B357" w:rsidR="0057576A" w:rsidRPr="008B7D71" w:rsidRDefault="00E908F3" w:rsidP="00007CC1">
            <w:pPr>
              <w:spacing w:line="360" w:lineRule="auto"/>
              <w:rPr>
                <w:rFonts w:cs="Arial"/>
                <w:sz w:val="24"/>
                <w:szCs w:val="24"/>
              </w:rPr>
            </w:pPr>
            <w:r w:rsidRPr="008B7D71">
              <w:rPr>
                <w:rFonts w:cs="Arial"/>
                <w:b/>
                <w:sz w:val="24"/>
                <w:szCs w:val="24"/>
              </w:rPr>
              <w:t xml:space="preserve">Organisation:  </w:t>
            </w:r>
          </w:p>
        </w:tc>
      </w:tr>
      <w:tr w:rsidR="0057576A" w:rsidRPr="008B7D71" w14:paraId="73A4A49D" w14:textId="77777777">
        <w:trPr>
          <w:jc w:val="center"/>
        </w:trPr>
        <w:tc>
          <w:tcPr>
            <w:tcW w:w="5328" w:type="dxa"/>
            <w:tcMar>
              <w:top w:w="60" w:type="dxa"/>
              <w:left w:w="60" w:type="dxa"/>
              <w:bottom w:w="60" w:type="dxa"/>
              <w:right w:w="60" w:type="dxa"/>
            </w:tcMar>
          </w:tcPr>
          <w:p w14:paraId="503598E6" w14:textId="11B53E3A" w:rsidR="0057576A" w:rsidRPr="008B7D71" w:rsidRDefault="00E908F3" w:rsidP="00007CC1">
            <w:pPr>
              <w:spacing w:line="360" w:lineRule="auto"/>
              <w:rPr>
                <w:rFonts w:cs="Arial"/>
                <w:sz w:val="24"/>
                <w:szCs w:val="24"/>
              </w:rPr>
            </w:pPr>
            <w:r w:rsidRPr="008B7D71">
              <w:rPr>
                <w:rFonts w:cs="Arial"/>
                <w:b/>
                <w:sz w:val="24"/>
                <w:szCs w:val="24"/>
              </w:rPr>
              <w:t xml:space="preserve">Address:  </w:t>
            </w:r>
          </w:p>
        </w:tc>
        <w:tc>
          <w:tcPr>
            <w:tcW w:w="5328" w:type="dxa"/>
            <w:tcMar>
              <w:top w:w="60" w:type="dxa"/>
              <w:left w:w="60" w:type="dxa"/>
              <w:bottom w:w="60" w:type="dxa"/>
              <w:right w:w="60" w:type="dxa"/>
            </w:tcMar>
          </w:tcPr>
          <w:p w14:paraId="333782E0" w14:textId="7A3D0351" w:rsidR="0057576A" w:rsidRPr="008B7D71" w:rsidRDefault="00E908F3" w:rsidP="00007CC1">
            <w:pPr>
              <w:spacing w:line="360" w:lineRule="auto"/>
              <w:rPr>
                <w:rFonts w:cs="Arial"/>
                <w:sz w:val="24"/>
                <w:szCs w:val="24"/>
              </w:rPr>
            </w:pPr>
            <w:r w:rsidRPr="008B7D71">
              <w:rPr>
                <w:rFonts w:cs="Arial"/>
                <w:b/>
                <w:sz w:val="24"/>
                <w:szCs w:val="24"/>
              </w:rPr>
              <w:t xml:space="preserve">Address:  </w:t>
            </w:r>
          </w:p>
        </w:tc>
      </w:tr>
      <w:tr w:rsidR="0057576A" w:rsidRPr="008B7D71" w14:paraId="5F6FABCB" w14:textId="77777777">
        <w:trPr>
          <w:jc w:val="center"/>
        </w:trPr>
        <w:tc>
          <w:tcPr>
            <w:tcW w:w="5328" w:type="dxa"/>
            <w:tcMar>
              <w:top w:w="60" w:type="dxa"/>
              <w:left w:w="60" w:type="dxa"/>
              <w:bottom w:w="60" w:type="dxa"/>
              <w:right w:w="60" w:type="dxa"/>
            </w:tcMar>
          </w:tcPr>
          <w:p w14:paraId="0E4C01B1" w14:textId="2FCD9C85" w:rsidR="0057576A" w:rsidRPr="008B7D71" w:rsidRDefault="00E908F3" w:rsidP="00007CC1">
            <w:pPr>
              <w:spacing w:line="360" w:lineRule="auto"/>
              <w:rPr>
                <w:rFonts w:cs="Arial"/>
                <w:sz w:val="24"/>
                <w:szCs w:val="24"/>
              </w:rPr>
            </w:pPr>
            <w:r w:rsidRPr="008B7D71">
              <w:rPr>
                <w:rFonts w:cs="Arial"/>
                <w:sz w:val="24"/>
                <w:szCs w:val="24"/>
              </w:rPr>
              <w:t xml:space="preserve"> </w:t>
            </w:r>
          </w:p>
        </w:tc>
        <w:tc>
          <w:tcPr>
            <w:tcW w:w="5328" w:type="dxa"/>
            <w:tcMar>
              <w:top w:w="60" w:type="dxa"/>
              <w:left w:w="60" w:type="dxa"/>
              <w:bottom w:w="60" w:type="dxa"/>
              <w:right w:w="60" w:type="dxa"/>
            </w:tcMar>
          </w:tcPr>
          <w:p w14:paraId="14E99116" w14:textId="7DFA64CB" w:rsidR="0057576A" w:rsidRPr="008B7D71" w:rsidRDefault="0057576A" w:rsidP="00007CC1">
            <w:pPr>
              <w:spacing w:line="360" w:lineRule="auto"/>
              <w:rPr>
                <w:rFonts w:cs="Arial"/>
                <w:sz w:val="24"/>
                <w:szCs w:val="24"/>
              </w:rPr>
            </w:pPr>
          </w:p>
        </w:tc>
      </w:tr>
      <w:tr w:rsidR="0057576A" w:rsidRPr="008B7D71" w14:paraId="1B52881F" w14:textId="77777777">
        <w:trPr>
          <w:jc w:val="center"/>
        </w:trPr>
        <w:tc>
          <w:tcPr>
            <w:tcW w:w="5328" w:type="dxa"/>
            <w:tcMar>
              <w:top w:w="60" w:type="dxa"/>
              <w:left w:w="60" w:type="dxa"/>
              <w:bottom w:w="60" w:type="dxa"/>
              <w:right w:w="60" w:type="dxa"/>
            </w:tcMar>
          </w:tcPr>
          <w:p w14:paraId="5A1E6A6E" w14:textId="09F9AEB8" w:rsidR="0057576A" w:rsidRPr="008B7D71" w:rsidRDefault="00E908F3" w:rsidP="00007CC1">
            <w:pPr>
              <w:spacing w:line="360" w:lineRule="auto"/>
              <w:rPr>
                <w:rFonts w:cs="Arial"/>
                <w:sz w:val="24"/>
                <w:szCs w:val="24"/>
              </w:rPr>
            </w:pPr>
            <w:r w:rsidRPr="008B7D71">
              <w:rPr>
                <w:rFonts w:cs="Arial"/>
                <w:b/>
                <w:sz w:val="24"/>
                <w:szCs w:val="24"/>
              </w:rPr>
              <w:t xml:space="preserve">Postcode:  </w:t>
            </w:r>
          </w:p>
        </w:tc>
        <w:tc>
          <w:tcPr>
            <w:tcW w:w="5328" w:type="dxa"/>
            <w:tcMar>
              <w:top w:w="60" w:type="dxa"/>
              <w:left w:w="60" w:type="dxa"/>
              <w:bottom w:w="60" w:type="dxa"/>
              <w:right w:w="60" w:type="dxa"/>
            </w:tcMar>
          </w:tcPr>
          <w:p w14:paraId="5BE5D613" w14:textId="4AB07CC5" w:rsidR="0057576A" w:rsidRPr="008B7D71" w:rsidRDefault="0057576A" w:rsidP="00007CC1">
            <w:pPr>
              <w:spacing w:line="360" w:lineRule="auto"/>
              <w:rPr>
                <w:rFonts w:cs="Arial"/>
                <w:sz w:val="24"/>
                <w:szCs w:val="24"/>
              </w:rPr>
            </w:pPr>
          </w:p>
        </w:tc>
      </w:tr>
      <w:tr w:rsidR="0057576A" w:rsidRPr="008B7D71" w14:paraId="20799E94" w14:textId="77777777">
        <w:trPr>
          <w:jc w:val="center"/>
        </w:trPr>
        <w:tc>
          <w:tcPr>
            <w:tcW w:w="5328" w:type="dxa"/>
            <w:tcMar>
              <w:top w:w="60" w:type="dxa"/>
              <w:left w:w="60" w:type="dxa"/>
              <w:bottom w:w="60" w:type="dxa"/>
              <w:right w:w="60" w:type="dxa"/>
            </w:tcMar>
          </w:tcPr>
          <w:p w14:paraId="483CD258" w14:textId="101F9A7F" w:rsidR="0057576A" w:rsidRPr="008B7D71" w:rsidRDefault="00E908F3" w:rsidP="00007CC1">
            <w:pPr>
              <w:spacing w:line="360" w:lineRule="auto"/>
              <w:rPr>
                <w:rFonts w:cs="Arial"/>
                <w:sz w:val="24"/>
                <w:szCs w:val="24"/>
              </w:rPr>
            </w:pPr>
            <w:r w:rsidRPr="008B7D71">
              <w:rPr>
                <w:rFonts w:cs="Arial"/>
                <w:b/>
                <w:sz w:val="24"/>
                <w:szCs w:val="24"/>
              </w:rPr>
              <w:t xml:space="preserve">Position:  </w:t>
            </w:r>
          </w:p>
        </w:tc>
        <w:tc>
          <w:tcPr>
            <w:tcW w:w="5328" w:type="dxa"/>
            <w:tcMar>
              <w:top w:w="60" w:type="dxa"/>
              <w:left w:w="60" w:type="dxa"/>
              <w:bottom w:w="60" w:type="dxa"/>
              <w:right w:w="60" w:type="dxa"/>
            </w:tcMar>
          </w:tcPr>
          <w:p w14:paraId="605E65F0" w14:textId="738E2683" w:rsidR="0057576A" w:rsidRPr="008B7D71" w:rsidRDefault="00E908F3" w:rsidP="00007CC1">
            <w:pPr>
              <w:spacing w:line="360" w:lineRule="auto"/>
              <w:rPr>
                <w:rFonts w:cs="Arial"/>
                <w:sz w:val="24"/>
                <w:szCs w:val="24"/>
              </w:rPr>
            </w:pPr>
            <w:r w:rsidRPr="008B7D71">
              <w:rPr>
                <w:rFonts w:cs="Arial"/>
                <w:b/>
                <w:sz w:val="24"/>
                <w:szCs w:val="24"/>
              </w:rPr>
              <w:t xml:space="preserve">Position: </w:t>
            </w:r>
          </w:p>
        </w:tc>
      </w:tr>
      <w:tr w:rsidR="0057576A" w:rsidRPr="008B7D71" w14:paraId="4E7A9B24" w14:textId="77777777">
        <w:trPr>
          <w:jc w:val="center"/>
        </w:trPr>
        <w:tc>
          <w:tcPr>
            <w:tcW w:w="5328" w:type="dxa"/>
            <w:tcMar>
              <w:top w:w="60" w:type="dxa"/>
              <w:left w:w="60" w:type="dxa"/>
              <w:bottom w:w="60" w:type="dxa"/>
              <w:right w:w="60" w:type="dxa"/>
            </w:tcMar>
          </w:tcPr>
          <w:p w14:paraId="74C546F0" w14:textId="37032E9A" w:rsidR="0057576A" w:rsidRPr="008B7D71" w:rsidRDefault="00E908F3" w:rsidP="00007CC1">
            <w:pPr>
              <w:spacing w:line="360" w:lineRule="auto"/>
              <w:rPr>
                <w:rFonts w:cs="Arial"/>
                <w:sz w:val="24"/>
                <w:szCs w:val="24"/>
              </w:rPr>
            </w:pPr>
            <w:r w:rsidRPr="008B7D71">
              <w:rPr>
                <w:rFonts w:cs="Arial"/>
                <w:b/>
                <w:sz w:val="24"/>
                <w:szCs w:val="24"/>
              </w:rPr>
              <w:t xml:space="preserve">Tel Number:  </w:t>
            </w:r>
          </w:p>
        </w:tc>
        <w:tc>
          <w:tcPr>
            <w:tcW w:w="5328" w:type="dxa"/>
            <w:tcMar>
              <w:top w:w="60" w:type="dxa"/>
              <w:left w:w="60" w:type="dxa"/>
              <w:bottom w:w="60" w:type="dxa"/>
              <w:right w:w="60" w:type="dxa"/>
            </w:tcMar>
          </w:tcPr>
          <w:p w14:paraId="4F3F67B6" w14:textId="518051A7" w:rsidR="0057576A" w:rsidRPr="008B7D71" w:rsidRDefault="00E908F3" w:rsidP="00007CC1">
            <w:pPr>
              <w:spacing w:line="360" w:lineRule="auto"/>
              <w:rPr>
                <w:rFonts w:cs="Arial"/>
                <w:sz w:val="24"/>
                <w:szCs w:val="24"/>
              </w:rPr>
            </w:pPr>
            <w:r w:rsidRPr="008B7D71">
              <w:rPr>
                <w:rFonts w:cs="Arial"/>
                <w:b/>
                <w:sz w:val="24"/>
                <w:szCs w:val="24"/>
              </w:rPr>
              <w:t xml:space="preserve">Tel Number: </w:t>
            </w:r>
          </w:p>
        </w:tc>
      </w:tr>
      <w:tr w:rsidR="0057576A" w:rsidRPr="008B7D71" w14:paraId="6774062E" w14:textId="77777777">
        <w:trPr>
          <w:jc w:val="center"/>
        </w:trPr>
        <w:tc>
          <w:tcPr>
            <w:tcW w:w="5328" w:type="dxa"/>
            <w:tcMar>
              <w:top w:w="60" w:type="dxa"/>
              <w:left w:w="60" w:type="dxa"/>
              <w:bottom w:w="60" w:type="dxa"/>
              <w:right w:w="60" w:type="dxa"/>
            </w:tcMar>
          </w:tcPr>
          <w:p w14:paraId="509E8EBE" w14:textId="6FAF66AF" w:rsidR="0057576A" w:rsidRPr="008B7D71" w:rsidRDefault="00E908F3" w:rsidP="00007CC1">
            <w:pPr>
              <w:spacing w:line="360" w:lineRule="auto"/>
              <w:rPr>
                <w:rFonts w:cs="Arial"/>
                <w:sz w:val="24"/>
                <w:szCs w:val="24"/>
              </w:rPr>
            </w:pPr>
            <w:r w:rsidRPr="008B7D71">
              <w:rPr>
                <w:rFonts w:cs="Arial"/>
                <w:b/>
                <w:sz w:val="24"/>
                <w:szCs w:val="24"/>
              </w:rPr>
              <w:t xml:space="preserve">Email:  </w:t>
            </w:r>
          </w:p>
        </w:tc>
        <w:tc>
          <w:tcPr>
            <w:tcW w:w="5328" w:type="dxa"/>
            <w:tcMar>
              <w:top w:w="60" w:type="dxa"/>
              <w:left w:w="60" w:type="dxa"/>
              <w:bottom w:w="60" w:type="dxa"/>
              <w:right w:w="60" w:type="dxa"/>
            </w:tcMar>
          </w:tcPr>
          <w:p w14:paraId="6DD6E09E" w14:textId="42C9663C" w:rsidR="0057576A" w:rsidRPr="008B7D71" w:rsidRDefault="00E908F3" w:rsidP="00007CC1">
            <w:pPr>
              <w:spacing w:line="360" w:lineRule="auto"/>
              <w:rPr>
                <w:rFonts w:cs="Arial"/>
                <w:sz w:val="24"/>
                <w:szCs w:val="24"/>
              </w:rPr>
            </w:pPr>
            <w:r w:rsidRPr="008B7D71">
              <w:rPr>
                <w:rFonts w:cs="Arial"/>
                <w:b/>
                <w:sz w:val="24"/>
                <w:szCs w:val="24"/>
              </w:rPr>
              <w:t xml:space="preserve">Email:  </w:t>
            </w:r>
          </w:p>
        </w:tc>
      </w:tr>
    </w:tbl>
    <w:p w14:paraId="691E0B6B" w14:textId="77777777" w:rsidR="0057576A" w:rsidRPr="008B7D71" w:rsidRDefault="0057576A">
      <w:pPr>
        <w:rPr>
          <w:rFonts w:cs="Arial"/>
          <w:sz w:val="24"/>
          <w:szCs w:val="24"/>
        </w:rPr>
      </w:pPr>
    </w:p>
    <w:p w14:paraId="40A8F99D" w14:textId="77777777" w:rsidR="0057576A" w:rsidRPr="008B7D71" w:rsidRDefault="00E908F3">
      <w:pPr>
        <w:spacing w:before="80" w:after="40"/>
        <w:rPr>
          <w:rFonts w:cs="Arial"/>
          <w:sz w:val="24"/>
          <w:szCs w:val="24"/>
        </w:rPr>
      </w:pPr>
      <w:r w:rsidRPr="008B7D71">
        <w:rPr>
          <w:rFonts w:cs="Arial"/>
          <w:b/>
          <w:sz w:val="24"/>
          <w:szCs w:val="24"/>
        </w:rPr>
        <w:t>Present or Last Employer:</w:t>
      </w:r>
    </w:p>
    <w:p w14:paraId="2D7CCB89" w14:textId="77777777" w:rsidR="0057576A" w:rsidRDefault="00E908F3">
      <w:pPr>
        <w:rPr>
          <w:rFonts w:cs="Arial"/>
          <w:sz w:val="24"/>
          <w:szCs w:val="24"/>
        </w:rPr>
      </w:pPr>
      <w:r w:rsidRPr="008B7D71">
        <w:rPr>
          <w:rFonts w:cs="Arial"/>
          <w:sz w:val="24"/>
          <w:szCs w:val="24"/>
        </w:rPr>
        <w:t>Are you currently employed?     Yes / No</w:t>
      </w:r>
    </w:p>
    <w:p w14:paraId="279915E5" w14:textId="77777777" w:rsidR="008B7D71" w:rsidRPr="008B7D71" w:rsidRDefault="008B7D71">
      <w:pPr>
        <w:rPr>
          <w:rFonts w:cs="Arial"/>
          <w:sz w:val="24"/>
          <w:szCs w:val="24"/>
        </w:rPr>
      </w:pPr>
    </w:p>
    <w:tbl>
      <w:tblPr>
        <w:tblStyle w:val="TableGrid"/>
        <w:tblW w:w="0" w:type="auto"/>
        <w:jc w:val="center"/>
        <w:tblLayout w:type="fixed"/>
        <w:tblLook w:val="04A0" w:firstRow="1" w:lastRow="0" w:firstColumn="1" w:lastColumn="0" w:noHBand="0" w:noVBand="1"/>
      </w:tblPr>
      <w:tblGrid>
        <w:gridCol w:w="3024"/>
        <w:gridCol w:w="3168"/>
        <w:gridCol w:w="1152"/>
        <w:gridCol w:w="1152"/>
        <w:gridCol w:w="2160"/>
      </w:tblGrid>
      <w:tr w:rsidR="0057576A" w:rsidRPr="008B7D71" w14:paraId="74BAA164" w14:textId="77777777">
        <w:trPr>
          <w:tblHeader/>
          <w:jc w:val="center"/>
        </w:trPr>
        <w:tc>
          <w:tcPr>
            <w:tcW w:w="3024" w:type="dxa"/>
            <w:shd w:val="clear" w:color="auto" w:fill="E7E6E6"/>
            <w:tcMar>
              <w:top w:w="40" w:type="dxa"/>
              <w:left w:w="40" w:type="dxa"/>
              <w:bottom w:w="40" w:type="dxa"/>
              <w:right w:w="40" w:type="dxa"/>
            </w:tcMar>
          </w:tcPr>
          <w:p w14:paraId="36E9C4D7" w14:textId="77777777" w:rsidR="0057576A" w:rsidRPr="008B7D71" w:rsidRDefault="00E908F3">
            <w:pPr>
              <w:jc w:val="center"/>
              <w:rPr>
                <w:rFonts w:cs="Arial"/>
                <w:sz w:val="24"/>
                <w:szCs w:val="24"/>
              </w:rPr>
            </w:pPr>
            <w:r w:rsidRPr="008B7D71">
              <w:rPr>
                <w:rFonts w:cs="Arial"/>
                <w:b/>
                <w:sz w:val="24"/>
                <w:szCs w:val="24"/>
              </w:rPr>
              <w:t>Company / Organisation Name &amp; Address</w:t>
            </w:r>
          </w:p>
        </w:tc>
        <w:tc>
          <w:tcPr>
            <w:tcW w:w="3168" w:type="dxa"/>
            <w:shd w:val="clear" w:color="auto" w:fill="E7E6E6"/>
            <w:tcMar>
              <w:top w:w="40" w:type="dxa"/>
              <w:left w:w="40" w:type="dxa"/>
              <w:bottom w:w="40" w:type="dxa"/>
              <w:right w:w="40" w:type="dxa"/>
            </w:tcMar>
          </w:tcPr>
          <w:p w14:paraId="41312CFE" w14:textId="77777777" w:rsidR="0057576A" w:rsidRPr="008B7D71" w:rsidRDefault="00E908F3">
            <w:pPr>
              <w:jc w:val="center"/>
              <w:rPr>
                <w:rFonts w:cs="Arial"/>
                <w:sz w:val="24"/>
                <w:szCs w:val="24"/>
              </w:rPr>
            </w:pPr>
            <w:r w:rsidRPr="008B7D71">
              <w:rPr>
                <w:rFonts w:cs="Arial"/>
                <w:b/>
                <w:sz w:val="24"/>
                <w:szCs w:val="24"/>
              </w:rPr>
              <w:t>Position &amp; Duties within the Organisation</w:t>
            </w:r>
          </w:p>
        </w:tc>
        <w:tc>
          <w:tcPr>
            <w:tcW w:w="1152" w:type="dxa"/>
            <w:shd w:val="clear" w:color="auto" w:fill="E7E6E6"/>
            <w:tcMar>
              <w:top w:w="40" w:type="dxa"/>
              <w:left w:w="40" w:type="dxa"/>
              <w:bottom w:w="40" w:type="dxa"/>
              <w:right w:w="40" w:type="dxa"/>
            </w:tcMar>
          </w:tcPr>
          <w:p w14:paraId="1697F1A7" w14:textId="77777777" w:rsidR="0057576A" w:rsidRPr="008B7D71" w:rsidRDefault="00E908F3">
            <w:pPr>
              <w:jc w:val="center"/>
              <w:rPr>
                <w:rFonts w:cs="Arial"/>
                <w:sz w:val="24"/>
                <w:szCs w:val="24"/>
              </w:rPr>
            </w:pPr>
            <w:r w:rsidRPr="008B7D71">
              <w:rPr>
                <w:rFonts w:cs="Arial"/>
                <w:b/>
                <w:sz w:val="24"/>
                <w:szCs w:val="24"/>
              </w:rPr>
              <w:t>Date From</w:t>
            </w:r>
          </w:p>
        </w:tc>
        <w:tc>
          <w:tcPr>
            <w:tcW w:w="1152" w:type="dxa"/>
            <w:shd w:val="clear" w:color="auto" w:fill="E7E6E6"/>
            <w:tcMar>
              <w:top w:w="40" w:type="dxa"/>
              <w:left w:w="40" w:type="dxa"/>
              <w:bottom w:w="40" w:type="dxa"/>
              <w:right w:w="40" w:type="dxa"/>
            </w:tcMar>
          </w:tcPr>
          <w:p w14:paraId="5E1E644A" w14:textId="77777777" w:rsidR="0057576A" w:rsidRPr="008B7D71" w:rsidRDefault="00E908F3">
            <w:pPr>
              <w:jc w:val="center"/>
              <w:rPr>
                <w:rFonts w:cs="Arial"/>
                <w:sz w:val="24"/>
                <w:szCs w:val="24"/>
              </w:rPr>
            </w:pPr>
            <w:r w:rsidRPr="008B7D71">
              <w:rPr>
                <w:rFonts w:cs="Arial"/>
                <w:b/>
                <w:sz w:val="24"/>
                <w:szCs w:val="24"/>
              </w:rPr>
              <w:t>Date To</w:t>
            </w:r>
          </w:p>
        </w:tc>
        <w:tc>
          <w:tcPr>
            <w:tcW w:w="2160" w:type="dxa"/>
            <w:shd w:val="clear" w:color="auto" w:fill="E7E6E6"/>
            <w:tcMar>
              <w:top w:w="40" w:type="dxa"/>
              <w:left w:w="40" w:type="dxa"/>
              <w:bottom w:w="40" w:type="dxa"/>
              <w:right w:w="40" w:type="dxa"/>
            </w:tcMar>
          </w:tcPr>
          <w:p w14:paraId="4EFA55CE" w14:textId="77777777" w:rsidR="0057576A" w:rsidRPr="008B7D71" w:rsidRDefault="00E908F3">
            <w:pPr>
              <w:jc w:val="center"/>
              <w:rPr>
                <w:rFonts w:cs="Arial"/>
                <w:sz w:val="24"/>
                <w:szCs w:val="24"/>
              </w:rPr>
            </w:pPr>
            <w:r w:rsidRPr="008B7D71">
              <w:rPr>
                <w:rFonts w:cs="Arial"/>
                <w:b/>
                <w:sz w:val="24"/>
                <w:szCs w:val="24"/>
              </w:rPr>
              <w:t>Reason for Leaving</w:t>
            </w:r>
          </w:p>
        </w:tc>
      </w:tr>
      <w:tr w:rsidR="0057576A" w:rsidRPr="008B7D71" w14:paraId="6DC6A149" w14:textId="77777777">
        <w:trPr>
          <w:trHeight w:val="504"/>
          <w:jc w:val="center"/>
        </w:trPr>
        <w:tc>
          <w:tcPr>
            <w:tcW w:w="3024" w:type="dxa"/>
            <w:tcMar>
              <w:top w:w="40" w:type="dxa"/>
              <w:left w:w="40" w:type="dxa"/>
              <w:bottom w:w="40" w:type="dxa"/>
              <w:right w:w="40" w:type="dxa"/>
            </w:tcMar>
          </w:tcPr>
          <w:p w14:paraId="36CE6633" w14:textId="77777777" w:rsidR="0057576A" w:rsidRPr="008B7D71" w:rsidRDefault="00E908F3">
            <w:pPr>
              <w:rPr>
                <w:rFonts w:cs="Arial"/>
                <w:sz w:val="24"/>
                <w:szCs w:val="24"/>
              </w:rPr>
            </w:pPr>
            <w:r w:rsidRPr="008B7D71">
              <w:rPr>
                <w:rFonts w:cs="Arial"/>
                <w:sz w:val="24"/>
                <w:szCs w:val="24"/>
              </w:rPr>
              <w:t xml:space="preserve"> </w:t>
            </w:r>
          </w:p>
        </w:tc>
        <w:tc>
          <w:tcPr>
            <w:tcW w:w="3168" w:type="dxa"/>
            <w:tcMar>
              <w:top w:w="40" w:type="dxa"/>
              <w:left w:w="40" w:type="dxa"/>
              <w:bottom w:w="40" w:type="dxa"/>
              <w:right w:w="40" w:type="dxa"/>
            </w:tcMar>
          </w:tcPr>
          <w:p w14:paraId="27338985"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7F2F88BB"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5D9D70D5" w14:textId="77777777" w:rsidR="0057576A" w:rsidRPr="008B7D71" w:rsidRDefault="00E908F3">
            <w:pPr>
              <w:rPr>
                <w:rFonts w:cs="Arial"/>
                <w:sz w:val="24"/>
                <w:szCs w:val="24"/>
              </w:rPr>
            </w:pPr>
            <w:r w:rsidRPr="008B7D71">
              <w:rPr>
                <w:rFonts w:cs="Arial"/>
                <w:sz w:val="24"/>
                <w:szCs w:val="24"/>
              </w:rPr>
              <w:t xml:space="preserve"> </w:t>
            </w:r>
          </w:p>
        </w:tc>
        <w:tc>
          <w:tcPr>
            <w:tcW w:w="2160" w:type="dxa"/>
            <w:tcMar>
              <w:top w:w="40" w:type="dxa"/>
              <w:left w:w="40" w:type="dxa"/>
              <w:bottom w:w="40" w:type="dxa"/>
              <w:right w:w="40" w:type="dxa"/>
            </w:tcMar>
          </w:tcPr>
          <w:p w14:paraId="7BFE81CD" w14:textId="77777777" w:rsidR="0057576A" w:rsidRPr="008B7D71" w:rsidRDefault="00E908F3">
            <w:pPr>
              <w:rPr>
                <w:rFonts w:cs="Arial"/>
                <w:sz w:val="24"/>
                <w:szCs w:val="24"/>
              </w:rPr>
            </w:pPr>
            <w:r w:rsidRPr="008B7D71">
              <w:rPr>
                <w:rFonts w:cs="Arial"/>
                <w:sz w:val="24"/>
                <w:szCs w:val="24"/>
              </w:rPr>
              <w:t xml:space="preserve"> </w:t>
            </w:r>
          </w:p>
        </w:tc>
      </w:tr>
      <w:tr w:rsidR="0057576A" w:rsidRPr="008B7D71" w14:paraId="6B488539" w14:textId="77777777">
        <w:trPr>
          <w:trHeight w:val="504"/>
          <w:jc w:val="center"/>
        </w:trPr>
        <w:tc>
          <w:tcPr>
            <w:tcW w:w="3024" w:type="dxa"/>
            <w:tcMar>
              <w:top w:w="40" w:type="dxa"/>
              <w:left w:w="40" w:type="dxa"/>
              <w:bottom w:w="40" w:type="dxa"/>
              <w:right w:w="40" w:type="dxa"/>
            </w:tcMar>
          </w:tcPr>
          <w:p w14:paraId="78266B9F" w14:textId="77777777" w:rsidR="0057576A" w:rsidRPr="008B7D71" w:rsidRDefault="00E908F3">
            <w:pPr>
              <w:rPr>
                <w:rFonts w:cs="Arial"/>
                <w:sz w:val="24"/>
                <w:szCs w:val="24"/>
              </w:rPr>
            </w:pPr>
            <w:r w:rsidRPr="008B7D71">
              <w:rPr>
                <w:rFonts w:cs="Arial"/>
                <w:sz w:val="24"/>
                <w:szCs w:val="24"/>
              </w:rPr>
              <w:t xml:space="preserve"> </w:t>
            </w:r>
          </w:p>
        </w:tc>
        <w:tc>
          <w:tcPr>
            <w:tcW w:w="3168" w:type="dxa"/>
            <w:tcMar>
              <w:top w:w="40" w:type="dxa"/>
              <w:left w:w="40" w:type="dxa"/>
              <w:bottom w:w="40" w:type="dxa"/>
              <w:right w:w="40" w:type="dxa"/>
            </w:tcMar>
          </w:tcPr>
          <w:p w14:paraId="74FBA792"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75589322"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62116C5F" w14:textId="77777777" w:rsidR="0057576A" w:rsidRPr="008B7D71" w:rsidRDefault="00E908F3">
            <w:pPr>
              <w:rPr>
                <w:rFonts w:cs="Arial"/>
                <w:sz w:val="24"/>
                <w:szCs w:val="24"/>
              </w:rPr>
            </w:pPr>
            <w:r w:rsidRPr="008B7D71">
              <w:rPr>
                <w:rFonts w:cs="Arial"/>
                <w:sz w:val="24"/>
                <w:szCs w:val="24"/>
              </w:rPr>
              <w:t xml:space="preserve"> </w:t>
            </w:r>
          </w:p>
        </w:tc>
        <w:tc>
          <w:tcPr>
            <w:tcW w:w="2160" w:type="dxa"/>
            <w:tcMar>
              <w:top w:w="40" w:type="dxa"/>
              <w:left w:w="40" w:type="dxa"/>
              <w:bottom w:w="40" w:type="dxa"/>
              <w:right w:w="40" w:type="dxa"/>
            </w:tcMar>
          </w:tcPr>
          <w:p w14:paraId="51775D70" w14:textId="77777777" w:rsidR="0057576A" w:rsidRPr="008B7D71" w:rsidRDefault="00E908F3">
            <w:pPr>
              <w:rPr>
                <w:rFonts w:cs="Arial"/>
                <w:sz w:val="24"/>
                <w:szCs w:val="24"/>
              </w:rPr>
            </w:pPr>
            <w:r w:rsidRPr="008B7D71">
              <w:rPr>
                <w:rFonts w:cs="Arial"/>
                <w:sz w:val="24"/>
                <w:szCs w:val="24"/>
              </w:rPr>
              <w:t xml:space="preserve"> </w:t>
            </w:r>
          </w:p>
        </w:tc>
      </w:tr>
    </w:tbl>
    <w:p w14:paraId="582BDF5B" w14:textId="77777777" w:rsidR="008B7D71" w:rsidRDefault="008B7D71">
      <w:pPr>
        <w:spacing w:before="80" w:after="40"/>
        <w:rPr>
          <w:rFonts w:cs="Arial"/>
          <w:b/>
          <w:sz w:val="24"/>
          <w:szCs w:val="24"/>
        </w:rPr>
      </w:pPr>
    </w:p>
    <w:p w14:paraId="26248572" w14:textId="77777777" w:rsidR="0057576A" w:rsidRPr="008B7D71" w:rsidRDefault="00E908F3">
      <w:pPr>
        <w:spacing w:before="80" w:after="40"/>
        <w:rPr>
          <w:rFonts w:cs="Arial"/>
          <w:sz w:val="24"/>
          <w:szCs w:val="24"/>
        </w:rPr>
      </w:pPr>
      <w:r w:rsidRPr="008B7D71">
        <w:rPr>
          <w:rFonts w:cs="Arial"/>
          <w:b/>
          <w:sz w:val="24"/>
          <w:szCs w:val="24"/>
        </w:rPr>
        <w:t>Employment History:</w:t>
      </w:r>
    </w:p>
    <w:p w14:paraId="622022A8" w14:textId="77777777" w:rsidR="008B7D71" w:rsidRDefault="008B7D71">
      <w:pPr>
        <w:spacing w:after="40"/>
        <w:rPr>
          <w:rFonts w:cs="Arial"/>
          <w:sz w:val="24"/>
          <w:szCs w:val="24"/>
        </w:rPr>
      </w:pPr>
    </w:p>
    <w:p w14:paraId="05DE625F" w14:textId="77777777" w:rsidR="0057576A" w:rsidRPr="00007CC1" w:rsidRDefault="00E908F3" w:rsidP="00007CC1">
      <w:pPr>
        <w:spacing w:after="40"/>
        <w:jc w:val="both"/>
        <w:rPr>
          <w:rFonts w:cs="Arial"/>
          <w:sz w:val="24"/>
          <w:szCs w:val="24"/>
        </w:rPr>
      </w:pPr>
      <w:r w:rsidRPr="00007CC1">
        <w:rPr>
          <w:sz w:val="24"/>
          <w:szCs w:val="24"/>
        </w:rPr>
        <w:t>Please give details of all previous employment, excluding your current employment, starting with the most recent. If there are any gaps in employment, you may wish to provide a brief explanation. We may ask for further clarification during the recruitment process if required. Continue on a separate sheet if necessary.</w:t>
      </w:r>
    </w:p>
    <w:p w14:paraId="3CF69C03" w14:textId="77777777" w:rsidR="008B7D71" w:rsidRPr="00007CC1" w:rsidRDefault="008B7D71" w:rsidP="00007CC1">
      <w:pPr>
        <w:spacing w:after="40"/>
        <w:jc w:val="both"/>
        <w:rPr>
          <w:rFonts w:cs="Arial"/>
          <w:sz w:val="24"/>
          <w:szCs w:val="24"/>
        </w:rPr>
      </w:pPr>
    </w:p>
    <w:tbl>
      <w:tblPr>
        <w:tblStyle w:val="TableGrid"/>
        <w:tblW w:w="0" w:type="auto"/>
        <w:jc w:val="center"/>
        <w:tblLayout w:type="fixed"/>
        <w:tblLook w:val="04A0" w:firstRow="1" w:lastRow="0" w:firstColumn="1" w:lastColumn="0" w:noHBand="0" w:noVBand="1"/>
      </w:tblPr>
      <w:tblGrid>
        <w:gridCol w:w="3024"/>
        <w:gridCol w:w="3168"/>
        <w:gridCol w:w="1152"/>
        <w:gridCol w:w="1152"/>
        <w:gridCol w:w="2160"/>
      </w:tblGrid>
      <w:tr w:rsidR="0057576A" w:rsidRPr="008B7D71" w14:paraId="5A390325" w14:textId="77777777">
        <w:trPr>
          <w:tblHeader/>
          <w:jc w:val="center"/>
        </w:trPr>
        <w:tc>
          <w:tcPr>
            <w:tcW w:w="3024" w:type="dxa"/>
            <w:shd w:val="clear" w:color="auto" w:fill="E7E6E6"/>
            <w:tcMar>
              <w:top w:w="40" w:type="dxa"/>
              <w:left w:w="40" w:type="dxa"/>
              <w:bottom w:w="40" w:type="dxa"/>
              <w:right w:w="40" w:type="dxa"/>
            </w:tcMar>
          </w:tcPr>
          <w:p w14:paraId="5BCBF123" w14:textId="77777777" w:rsidR="0057576A" w:rsidRPr="008B7D71" w:rsidRDefault="00E908F3">
            <w:pPr>
              <w:jc w:val="center"/>
              <w:rPr>
                <w:rFonts w:cs="Arial"/>
                <w:sz w:val="24"/>
                <w:szCs w:val="24"/>
              </w:rPr>
            </w:pPr>
            <w:r w:rsidRPr="008B7D71">
              <w:rPr>
                <w:rFonts w:cs="Arial"/>
                <w:b/>
                <w:sz w:val="24"/>
                <w:szCs w:val="24"/>
              </w:rPr>
              <w:t>Company / Organisation Name &amp; Address</w:t>
            </w:r>
          </w:p>
        </w:tc>
        <w:tc>
          <w:tcPr>
            <w:tcW w:w="3168" w:type="dxa"/>
            <w:shd w:val="clear" w:color="auto" w:fill="E7E6E6"/>
            <w:tcMar>
              <w:top w:w="40" w:type="dxa"/>
              <w:left w:w="40" w:type="dxa"/>
              <w:bottom w:w="40" w:type="dxa"/>
              <w:right w:w="40" w:type="dxa"/>
            </w:tcMar>
          </w:tcPr>
          <w:p w14:paraId="39EEA195" w14:textId="77777777" w:rsidR="0057576A" w:rsidRPr="008B7D71" w:rsidRDefault="00E908F3">
            <w:pPr>
              <w:jc w:val="center"/>
              <w:rPr>
                <w:rFonts w:cs="Arial"/>
                <w:sz w:val="24"/>
                <w:szCs w:val="24"/>
              </w:rPr>
            </w:pPr>
            <w:r w:rsidRPr="008B7D71">
              <w:rPr>
                <w:rFonts w:cs="Arial"/>
                <w:b/>
                <w:sz w:val="24"/>
                <w:szCs w:val="24"/>
              </w:rPr>
              <w:t>Position &amp; Duties within the Organisation</w:t>
            </w:r>
          </w:p>
        </w:tc>
        <w:tc>
          <w:tcPr>
            <w:tcW w:w="1152" w:type="dxa"/>
            <w:shd w:val="clear" w:color="auto" w:fill="E7E6E6"/>
            <w:tcMar>
              <w:top w:w="40" w:type="dxa"/>
              <w:left w:w="40" w:type="dxa"/>
              <w:bottom w:w="40" w:type="dxa"/>
              <w:right w:w="40" w:type="dxa"/>
            </w:tcMar>
          </w:tcPr>
          <w:p w14:paraId="12B9B11D" w14:textId="77777777" w:rsidR="0057576A" w:rsidRPr="008B7D71" w:rsidRDefault="00E908F3">
            <w:pPr>
              <w:jc w:val="center"/>
              <w:rPr>
                <w:rFonts w:cs="Arial"/>
                <w:sz w:val="24"/>
                <w:szCs w:val="24"/>
              </w:rPr>
            </w:pPr>
            <w:r w:rsidRPr="008B7D71">
              <w:rPr>
                <w:rFonts w:cs="Arial"/>
                <w:b/>
                <w:sz w:val="24"/>
                <w:szCs w:val="24"/>
              </w:rPr>
              <w:t>Date From</w:t>
            </w:r>
          </w:p>
        </w:tc>
        <w:tc>
          <w:tcPr>
            <w:tcW w:w="1152" w:type="dxa"/>
            <w:shd w:val="clear" w:color="auto" w:fill="E7E6E6"/>
            <w:tcMar>
              <w:top w:w="40" w:type="dxa"/>
              <w:left w:w="40" w:type="dxa"/>
              <w:bottom w:w="40" w:type="dxa"/>
              <w:right w:w="40" w:type="dxa"/>
            </w:tcMar>
          </w:tcPr>
          <w:p w14:paraId="78CC7328" w14:textId="77777777" w:rsidR="0057576A" w:rsidRPr="008B7D71" w:rsidRDefault="00E908F3">
            <w:pPr>
              <w:jc w:val="center"/>
              <w:rPr>
                <w:rFonts w:cs="Arial"/>
                <w:sz w:val="24"/>
                <w:szCs w:val="24"/>
              </w:rPr>
            </w:pPr>
            <w:r w:rsidRPr="008B7D71">
              <w:rPr>
                <w:rFonts w:cs="Arial"/>
                <w:b/>
                <w:sz w:val="24"/>
                <w:szCs w:val="24"/>
              </w:rPr>
              <w:t>Date To</w:t>
            </w:r>
          </w:p>
        </w:tc>
        <w:tc>
          <w:tcPr>
            <w:tcW w:w="2160" w:type="dxa"/>
            <w:shd w:val="clear" w:color="auto" w:fill="E7E6E6"/>
            <w:tcMar>
              <w:top w:w="40" w:type="dxa"/>
              <w:left w:w="40" w:type="dxa"/>
              <w:bottom w:w="40" w:type="dxa"/>
              <w:right w:w="40" w:type="dxa"/>
            </w:tcMar>
          </w:tcPr>
          <w:p w14:paraId="566ACCA0" w14:textId="77777777" w:rsidR="0057576A" w:rsidRPr="008B7D71" w:rsidRDefault="00E908F3">
            <w:pPr>
              <w:jc w:val="center"/>
              <w:rPr>
                <w:rFonts w:cs="Arial"/>
                <w:sz w:val="24"/>
                <w:szCs w:val="24"/>
              </w:rPr>
            </w:pPr>
            <w:r w:rsidRPr="008B7D71">
              <w:rPr>
                <w:rFonts w:cs="Arial"/>
                <w:b/>
                <w:sz w:val="24"/>
                <w:szCs w:val="24"/>
              </w:rPr>
              <w:t>Reason for Leaving</w:t>
            </w:r>
          </w:p>
        </w:tc>
      </w:tr>
      <w:tr w:rsidR="0057576A" w:rsidRPr="008B7D71" w14:paraId="526E4F0F" w14:textId="77777777">
        <w:trPr>
          <w:trHeight w:val="504"/>
          <w:jc w:val="center"/>
        </w:trPr>
        <w:tc>
          <w:tcPr>
            <w:tcW w:w="3024" w:type="dxa"/>
            <w:tcMar>
              <w:top w:w="40" w:type="dxa"/>
              <w:left w:w="40" w:type="dxa"/>
              <w:bottom w:w="40" w:type="dxa"/>
              <w:right w:w="40" w:type="dxa"/>
            </w:tcMar>
          </w:tcPr>
          <w:p w14:paraId="583A874B" w14:textId="77777777" w:rsidR="0057576A" w:rsidRPr="008B7D71" w:rsidRDefault="00E908F3">
            <w:pPr>
              <w:rPr>
                <w:rFonts w:cs="Arial"/>
                <w:sz w:val="24"/>
                <w:szCs w:val="24"/>
              </w:rPr>
            </w:pPr>
            <w:r w:rsidRPr="008B7D71">
              <w:rPr>
                <w:rFonts w:cs="Arial"/>
                <w:sz w:val="24"/>
                <w:szCs w:val="24"/>
              </w:rPr>
              <w:t xml:space="preserve"> </w:t>
            </w:r>
          </w:p>
        </w:tc>
        <w:tc>
          <w:tcPr>
            <w:tcW w:w="3168" w:type="dxa"/>
            <w:tcMar>
              <w:top w:w="40" w:type="dxa"/>
              <w:left w:w="40" w:type="dxa"/>
              <w:bottom w:w="40" w:type="dxa"/>
              <w:right w:w="40" w:type="dxa"/>
            </w:tcMar>
          </w:tcPr>
          <w:p w14:paraId="586534D1"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3DA81755"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7493F6CF" w14:textId="77777777" w:rsidR="0057576A" w:rsidRPr="008B7D71" w:rsidRDefault="00E908F3">
            <w:pPr>
              <w:rPr>
                <w:rFonts w:cs="Arial"/>
                <w:sz w:val="24"/>
                <w:szCs w:val="24"/>
              </w:rPr>
            </w:pPr>
            <w:r w:rsidRPr="008B7D71">
              <w:rPr>
                <w:rFonts w:cs="Arial"/>
                <w:sz w:val="24"/>
                <w:szCs w:val="24"/>
              </w:rPr>
              <w:t xml:space="preserve"> </w:t>
            </w:r>
          </w:p>
        </w:tc>
        <w:tc>
          <w:tcPr>
            <w:tcW w:w="2160" w:type="dxa"/>
            <w:tcMar>
              <w:top w:w="40" w:type="dxa"/>
              <w:left w:w="40" w:type="dxa"/>
              <w:bottom w:w="40" w:type="dxa"/>
              <w:right w:w="40" w:type="dxa"/>
            </w:tcMar>
          </w:tcPr>
          <w:p w14:paraId="6B7068B8" w14:textId="77777777" w:rsidR="0057576A" w:rsidRPr="008B7D71" w:rsidRDefault="00E908F3">
            <w:pPr>
              <w:rPr>
                <w:rFonts w:cs="Arial"/>
                <w:sz w:val="24"/>
                <w:szCs w:val="24"/>
              </w:rPr>
            </w:pPr>
            <w:r w:rsidRPr="008B7D71">
              <w:rPr>
                <w:rFonts w:cs="Arial"/>
                <w:sz w:val="24"/>
                <w:szCs w:val="24"/>
              </w:rPr>
              <w:t xml:space="preserve"> </w:t>
            </w:r>
          </w:p>
        </w:tc>
      </w:tr>
      <w:tr w:rsidR="0057576A" w:rsidRPr="008B7D71" w14:paraId="21D67705" w14:textId="77777777">
        <w:trPr>
          <w:trHeight w:val="504"/>
          <w:jc w:val="center"/>
        </w:trPr>
        <w:tc>
          <w:tcPr>
            <w:tcW w:w="3024" w:type="dxa"/>
            <w:tcMar>
              <w:top w:w="40" w:type="dxa"/>
              <w:left w:w="40" w:type="dxa"/>
              <w:bottom w:w="40" w:type="dxa"/>
              <w:right w:w="40" w:type="dxa"/>
            </w:tcMar>
          </w:tcPr>
          <w:p w14:paraId="6CDBC1CC" w14:textId="77777777" w:rsidR="0057576A" w:rsidRPr="008B7D71" w:rsidRDefault="00E908F3">
            <w:pPr>
              <w:rPr>
                <w:rFonts w:cs="Arial"/>
                <w:sz w:val="24"/>
                <w:szCs w:val="24"/>
              </w:rPr>
            </w:pPr>
            <w:r w:rsidRPr="008B7D71">
              <w:rPr>
                <w:rFonts w:cs="Arial"/>
                <w:sz w:val="24"/>
                <w:szCs w:val="24"/>
              </w:rPr>
              <w:t xml:space="preserve"> </w:t>
            </w:r>
          </w:p>
        </w:tc>
        <w:tc>
          <w:tcPr>
            <w:tcW w:w="3168" w:type="dxa"/>
            <w:tcMar>
              <w:top w:w="40" w:type="dxa"/>
              <w:left w:w="40" w:type="dxa"/>
              <w:bottom w:w="40" w:type="dxa"/>
              <w:right w:w="40" w:type="dxa"/>
            </w:tcMar>
          </w:tcPr>
          <w:p w14:paraId="45A696A9"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22EEAC6F"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3959EC66" w14:textId="77777777" w:rsidR="0057576A" w:rsidRPr="008B7D71" w:rsidRDefault="00E908F3">
            <w:pPr>
              <w:rPr>
                <w:rFonts w:cs="Arial"/>
                <w:sz w:val="24"/>
                <w:szCs w:val="24"/>
              </w:rPr>
            </w:pPr>
            <w:r w:rsidRPr="008B7D71">
              <w:rPr>
                <w:rFonts w:cs="Arial"/>
                <w:sz w:val="24"/>
                <w:szCs w:val="24"/>
              </w:rPr>
              <w:t xml:space="preserve"> </w:t>
            </w:r>
          </w:p>
        </w:tc>
        <w:tc>
          <w:tcPr>
            <w:tcW w:w="2160" w:type="dxa"/>
            <w:tcMar>
              <w:top w:w="40" w:type="dxa"/>
              <w:left w:w="40" w:type="dxa"/>
              <w:bottom w:w="40" w:type="dxa"/>
              <w:right w:w="40" w:type="dxa"/>
            </w:tcMar>
          </w:tcPr>
          <w:p w14:paraId="49CEE93C" w14:textId="77777777" w:rsidR="0057576A" w:rsidRPr="008B7D71" w:rsidRDefault="00E908F3">
            <w:pPr>
              <w:rPr>
                <w:rFonts w:cs="Arial"/>
                <w:sz w:val="24"/>
                <w:szCs w:val="24"/>
              </w:rPr>
            </w:pPr>
            <w:r w:rsidRPr="008B7D71">
              <w:rPr>
                <w:rFonts w:cs="Arial"/>
                <w:sz w:val="24"/>
                <w:szCs w:val="24"/>
              </w:rPr>
              <w:t xml:space="preserve"> </w:t>
            </w:r>
          </w:p>
        </w:tc>
      </w:tr>
      <w:tr w:rsidR="0057576A" w:rsidRPr="008B7D71" w14:paraId="54A45894" w14:textId="77777777">
        <w:trPr>
          <w:trHeight w:val="504"/>
          <w:jc w:val="center"/>
        </w:trPr>
        <w:tc>
          <w:tcPr>
            <w:tcW w:w="3024" w:type="dxa"/>
            <w:tcMar>
              <w:top w:w="40" w:type="dxa"/>
              <w:left w:w="40" w:type="dxa"/>
              <w:bottom w:w="40" w:type="dxa"/>
              <w:right w:w="40" w:type="dxa"/>
            </w:tcMar>
          </w:tcPr>
          <w:p w14:paraId="3BA0B496" w14:textId="77777777" w:rsidR="0057576A" w:rsidRPr="008B7D71" w:rsidRDefault="00E908F3">
            <w:pPr>
              <w:rPr>
                <w:rFonts w:cs="Arial"/>
                <w:sz w:val="24"/>
                <w:szCs w:val="24"/>
              </w:rPr>
            </w:pPr>
            <w:r w:rsidRPr="008B7D71">
              <w:rPr>
                <w:rFonts w:cs="Arial"/>
                <w:sz w:val="24"/>
                <w:szCs w:val="24"/>
              </w:rPr>
              <w:t xml:space="preserve"> </w:t>
            </w:r>
          </w:p>
        </w:tc>
        <w:tc>
          <w:tcPr>
            <w:tcW w:w="3168" w:type="dxa"/>
            <w:tcMar>
              <w:top w:w="40" w:type="dxa"/>
              <w:left w:w="40" w:type="dxa"/>
              <w:bottom w:w="40" w:type="dxa"/>
              <w:right w:w="40" w:type="dxa"/>
            </w:tcMar>
          </w:tcPr>
          <w:p w14:paraId="1F3CBA0F"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77BA8393"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49568C19" w14:textId="77777777" w:rsidR="0057576A" w:rsidRPr="008B7D71" w:rsidRDefault="00E908F3">
            <w:pPr>
              <w:rPr>
                <w:rFonts w:cs="Arial"/>
                <w:sz w:val="24"/>
                <w:szCs w:val="24"/>
              </w:rPr>
            </w:pPr>
            <w:r w:rsidRPr="008B7D71">
              <w:rPr>
                <w:rFonts w:cs="Arial"/>
                <w:sz w:val="24"/>
                <w:szCs w:val="24"/>
              </w:rPr>
              <w:t xml:space="preserve"> </w:t>
            </w:r>
          </w:p>
        </w:tc>
        <w:tc>
          <w:tcPr>
            <w:tcW w:w="2160" w:type="dxa"/>
            <w:tcMar>
              <w:top w:w="40" w:type="dxa"/>
              <w:left w:w="40" w:type="dxa"/>
              <w:bottom w:w="40" w:type="dxa"/>
              <w:right w:w="40" w:type="dxa"/>
            </w:tcMar>
          </w:tcPr>
          <w:p w14:paraId="184971ED" w14:textId="77777777" w:rsidR="0057576A" w:rsidRPr="008B7D71" w:rsidRDefault="00E908F3">
            <w:pPr>
              <w:rPr>
                <w:rFonts w:cs="Arial"/>
                <w:sz w:val="24"/>
                <w:szCs w:val="24"/>
              </w:rPr>
            </w:pPr>
            <w:r w:rsidRPr="008B7D71">
              <w:rPr>
                <w:rFonts w:cs="Arial"/>
                <w:sz w:val="24"/>
                <w:szCs w:val="24"/>
              </w:rPr>
              <w:t xml:space="preserve"> </w:t>
            </w:r>
          </w:p>
        </w:tc>
      </w:tr>
      <w:tr w:rsidR="0057576A" w:rsidRPr="008B7D71" w14:paraId="0A9893D8" w14:textId="77777777">
        <w:trPr>
          <w:trHeight w:val="504"/>
          <w:jc w:val="center"/>
        </w:trPr>
        <w:tc>
          <w:tcPr>
            <w:tcW w:w="3024" w:type="dxa"/>
            <w:tcMar>
              <w:top w:w="40" w:type="dxa"/>
              <w:left w:w="40" w:type="dxa"/>
              <w:bottom w:w="40" w:type="dxa"/>
              <w:right w:w="40" w:type="dxa"/>
            </w:tcMar>
          </w:tcPr>
          <w:p w14:paraId="3FE70A8B" w14:textId="77777777" w:rsidR="0057576A" w:rsidRPr="008B7D71" w:rsidRDefault="00E908F3">
            <w:pPr>
              <w:rPr>
                <w:rFonts w:cs="Arial"/>
                <w:sz w:val="24"/>
                <w:szCs w:val="24"/>
              </w:rPr>
            </w:pPr>
            <w:r w:rsidRPr="008B7D71">
              <w:rPr>
                <w:rFonts w:cs="Arial"/>
                <w:sz w:val="24"/>
                <w:szCs w:val="24"/>
              </w:rPr>
              <w:t xml:space="preserve"> </w:t>
            </w:r>
          </w:p>
        </w:tc>
        <w:tc>
          <w:tcPr>
            <w:tcW w:w="3168" w:type="dxa"/>
            <w:tcMar>
              <w:top w:w="40" w:type="dxa"/>
              <w:left w:w="40" w:type="dxa"/>
              <w:bottom w:w="40" w:type="dxa"/>
              <w:right w:w="40" w:type="dxa"/>
            </w:tcMar>
          </w:tcPr>
          <w:p w14:paraId="1D8C5C1A"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2CB6109D"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5FA80F3B" w14:textId="77777777" w:rsidR="0057576A" w:rsidRPr="008B7D71" w:rsidRDefault="00E908F3">
            <w:pPr>
              <w:rPr>
                <w:rFonts w:cs="Arial"/>
                <w:sz w:val="24"/>
                <w:szCs w:val="24"/>
              </w:rPr>
            </w:pPr>
            <w:r w:rsidRPr="008B7D71">
              <w:rPr>
                <w:rFonts w:cs="Arial"/>
                <w:sz w:val="24"/>
                <w:szCs w:val="24"/>
              </w:rPr>
              <w:t xml:space="preserve"> </w:t>
            </w:r>
          </w:p>
        </w:tc>
        <w:tc>
          <w:tcPr>
            <w:tcW w:w="2160" w:type="dxa"/>
            <w:tcMar>
              <w:top w:w="40" w:type="dxa"/>
              <w:left w:w="40" w:type="dxa"/>
              <w:bottom w:w="40" w:type="dxa"/>
              <w:right w:w="40" w:type="dxa"/>
            </w:tcMar>
          </w:tcPr>
          <w:p w14:paraId="4D5D2D1D" w14:textId="77777777" w:rsidR="0057576A" w:rsidRPr="008B7D71" w:rsidRDefault="00E908F3">
            <w:pPr>
              <w:rPr>
                <w:rFonts w:cs="Arial"/>
                <w:sz w:val="24"/>
                <w:szCs w:val="24"/>
              </w:rPr>
            </w:pPr>
            <w:r w:rsidRPr="008B7D71">
              <w:rPr>
                <w:rFonts w:cs="Arial"/>
                <w:sz w:val="24"/>
                <w:szCs w:val="24"/>
              </w:rPr>
              <w:t xml:space="preserve"> </w:t>
            </w:r>
          </w:p>
        </w:tc>
      </w:tr>
      <w:tr w:rsidR="0057576A" w:rsidRPr="008B7D71" w14:paraId="62FF7613" w14:textId="77777777">
        <w:trPr>
          <w:trHeight w:val="504"/>
          <w:jc w:val="center"/>
        </w:trPr>
        <w:tc>
          <w:tcPr>
            <w:tcW w:w="3024" w:type="dxa"/>
            <w:tcMar>
              <w:top w:w="40" w:type="dxa"/>
              <w:left w:w="40" w:type="dxa"/>
              <w:bottom w:w="40" w:type="dxa"/>
              <w:right w:w="40" w:type="dxa"/>
            </w:tcMar>
          </w:tcPr>
          <w:p w14:paraId="1A6C84F0" w14:textId="77777777" w:rsidR="0057576A" w:rsidRPr="008B7D71" w:rsidRDefault="00E908F3">
            <w:pPr>
              <w:rPr>
                <w:rFonts w:cs="Arial"/>
                <w:sz w:val="24"/>
                <w:szCs w:val="24"/>
              </w:rPr>
            </w:pPr>
            <w:r w:rsidRPr="008B7D71">
              <w:rPr>
                <w:rFonts w:cs="Arial"/>
                <w:sz w:val="24"/>
                <w:szCs w:val="24"/>
              </w:rPr>
              <w:t xml:space="preserve"> </w:t>
            </w:r>
          </w:p>
        </w:tc>
        <w:tc>
          <w:tcPr>
            <w:tcW w:w="3168" w:type="dxa"/>
            <w:tcMar>
              <w:top w:w="40" w:type="dxa"/>
              <w:left w:w="40" w:type="dxa"/>
              <w:bottom w:w="40" w:type="dxa"/>
              <w:right w:w="40" w:type="dxa"/>
            </w:tcMar>
          </w:tcPr>
          <w:p w14:paraId="503498E5"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0CDA5B64" w14:textId="77777777" w:rsidR="0057576A" w:rsidRPr="008B7D71" w:rsidRDefault="00E908F3">
            <w:pPr>
              <w:rPr>
                <w:rFonts w:cs="Arial"/>
                <w:sz w:val="24"/>
                <w:szCs w:val="24"/>
              </w:rPr>
            </w:pPr>
            <w:r w:rsidRPr="008B7D71">
              <w:rPr>
                <w:rFonts w:cs="Arial"/>
                <w:sz w:val="24"/>
                <w:szCs w:val="24"/>
              </w:rPr>
              <w:t xml:space="preserve"> </w:t>
            </w:r>
          </w:p>
        </w:tc>
        <w:tc>
          <w:tcPr>
            <w:tcW w:w="1152" w:type="dxa"/>
            <w:tcMar>
              <w:top w:w="40" w:type="dxa"/>
              <w:left w:w="40" w:type="dxa"/>
              <w:bottom w:w="40" w:type="dxa"/>
              <w:right w:w="40" w:type="dxa"/>
            </w:tcMar>
          </w:tcPr>
          <w:p w14:paraId="2FF0C8C5" w14:textId="77777777" w:rsidR="0057576A" w:rsidRPr="008B7D71" w:rsidRDefault="00E908F3">
            <w:pPr>
              <w:rPr>
                <w:rFonts w:cs="Arial"/>
                <w:sz w:val="24"/>
                <w:szCs w:val="24"/>
              </w:rPr>
            </w:pPr>
            <w:r w:rsidRPr="008B7D71">
              <w:rPr>
                <w:rFonts w:cs="Arial"/>
                <w:sz w:val="24"/>
                <w:szCs w:val="24"/>
              </w:rPr>
              <w:t xml:space="preserve"> </w:t>
            </w:r>
          </w:p>
        </w:tc>
        <w:tc>
          <w:tcPr>
            <w:tcW w:w="2160" w:type="dxa"/>
            <w:tcMar>
              <w:top w:w="40" w:type="dxa"/>
              <w:left w:w="40" w:type="dxa"/>
              <w:bottom w:w="40" w:type="dxa"/>
              <w:right w:w="40" w:type="dxa"/>
            </w:tcMar>
          </w:tcPr>
          <w:p w14:paraId="4353054F" w14:textId="77777777" w:rsidR="0057576A" w:rsidRPr="008B7D71" w:rsidRDefault="00E908F3">
            <w:pPr>
              <w:rPr>
                <w:rFonts w:cs="Arial"/>
                <w:sz w:val="24"/>
                <w:szCs w:val="24"/>
              </w:rPr>
            </w:pPr>
            <w:r w:rsidRPr="008B7D71">
              <w:rPr>
                <w:rFonts w:cs="Arial"/>
                <w:sz w:val="24"/>
                <w:szCs w:val="24"/>
              </w:rPr>
              <w:t xml:space="preserve"> </w:t>
            </w:r>
          </w:p>
        </w:tc>
      </w:tr>
    </w:tbl>
    <w:p w14:paraId="68C6150D" w14:textId="77777777" w:rsidR="00007CC1" w:rsidRDefault="00007CC1">
      <w:pPr>
        <w:spacing w:before="100"/>
        <w:rPr>
          <w:rFonts w:cs="Arial"/>
          <w:b/>
          <w:sz w:val="24"/>
          <w:szCs w:val="24"/>
        </w:rPr>
      </w:pPr>
    </w:p>
    <w:p w14:paraId="2BC005B7" w14:textId="10601A90" w:rsidR="00007CC1" w:rsidRDefault="00007CC1">
      <w:pPr>
        <w:spacing w:before="100"/>
        <w:rPr>
          <w:rFonts w:cs="Arial"/>
          <w:b/>
          <w:sz w:val="24"/>
          <w:szCs w:val="24"/>
        </w:rPr>
      </w:pPr>
      <w:r w:rsidRPr="00007CC1">
        <w:rPr>
          <w:sz w:val="24"/>
          <w:szCs w:val="24"/>
        </w:rPr>
        <w:t>Driving License (where applicable to the post</w:t>
      </w:r>
      <w:r w:rsidRPr="008B7D71">
        <w:rPr>
          <w:rFonts w:cs="Arial"/>
          <w:b/>
          <w:sz w:val="24"/>
          <w:szCs w:val="24"/>
        </w:rPr>
        <w:t xml:space="preserve">       </w:t>
      </w:r>
      <w:r>
        <w:rPr>
          <w:rFonts w:cs="Arial"/>
          <w:b/>
          <w:sz w:val="24"/>
          <w:szCs w:val="24"/>
        </w:rPr>
        <w:tab/>
      </w:r>
      <w:r w:rsidRPr="008B7D71">
        <w:rPr>
          <w:rFonts w:cs="Arial"/>
          <w:b/>
          <w:sz w:val="24"/>
          <w:szCs w:val="24"/>
        </w:rPr>
        <w:t xml:space="preserve"> Yes / No       </w:t>
      </w:r>
      <w:r w:rsidR="008B7D71">
        <w:rPr>
          <w:rFonts w:cs="Arial"/>
          <w:b/>
          <w:sz w:val="24"/>
          <w:szCs w:val="24"/>
        </w:rPr>
        <w:tab/>
      </w:r>
      <w:r w:rsidR="008B7D71">
        <w:rPr>
          <w:rFonts w:cs="Arial"/>
          <w:b/>
          <w:sz w:val="24"/>
          <w:szCs w:val="24"/>
        </w:rPr>
        <w:tab/>
      </w:r>
    </w:p>
    <w:p w14:paraId="7D619097" w14:textId="41B84D17" w:rsidR="0057576A" w:rsidRPr="008B7D71" w:rsidRDefault="00E908F3">
      <w:pPr>
        <w:spacing w:before="100"/>
        <w:rPr>
          <w:rFonts w:cs="Arial"/>
          <w:sz w:val="24"/>
          <w:szCs w:val="24"/>
        </w:rPr>
      </w:pPr>
      <w:r w:rsidRPr="008B7D71">
        <w:rPr>
          <w:rFonts w:cs="Arial"/>
          <w:b/>
          <w:sz w:val="24"/>
          <w:szCs w:val="24"/>
        </w:rPr>
        <w:t xml:space="preserve">Endorsements:        </w:t>
      </w:r>
      <w:r w:rsidR="00007CC1">
        <w:rPr>
          <w:rFonts w:cs="Arial"/>
          <w:b/>
          <w:sz w:val="24"/>
          <w:szCs w:val="24"/>
        </w:rPr>
        <w:tab/>
      </w:r>
      <w:r w:rsidR="00007CC1">
        <w:rPr>
          <w:rFonts w:cs="Arial"/>
          <w:b/>
          <w:sz w:val="24"/>
          <w:szCs w:val="24"/>
        </w:rPr>
        <w:tab/>
      </w:r>
      <w:r w:rsidR="00007CC1">
        <w:rPr>
          <w:rFonts w:cs="Arial"/>
          <w:b/>
          <w:sz w:val="24"/>
          <w:szCs w:val="24"/>
        </w:rPr>
        <w:tab/>
      </w:r>
      <w:r w:rsidR="00007CC1">
        <w:rPr>
          <w:rFonts w:cs="Arial"/>
          <w:b/>
          <w:sz w:val="24"/>
          <w:szCs w:val="24"/>
        </w:rPr>
        <w:tab/>
      </w:r>
      <w:proofErr w:type="gramStart"/>
      <w:r w:rsidR="00007CC1">
        <w:rPr>
          <w:rFonts w:cs="Arial"/>
          <w:b/>
          <w:sz w:val="24"/>
          <w:szCs w:val="24"/>
        </w:rPr>
        <w:tab/>
        <w:t xml:space="preserve">  </w:t>
      </w:r>
      <w:r w:rsidRPr="008B7D71">
        <w:rPr>
          <w:rFonts w:cs="Arial"/>
          <w:b/>
          <w:sz w:val="24"/>
          <w:szCs w:val="24"/>
        </w:rPr>
        <w:t>Yes</w:t>
      </w:r>
      <w:proofErr w:type="gramEnd"/>
      <w:r w:rsidRPr="008B7D71">
        <w:rPr>
          <w:rFonts w:cs="Arial"/>
          <w:b/>
          <w:sz w:val="24"/>
          <w:szCs w:val="24"/>
        </w:rPr>
        <w:t xml:space="preserve"> / No</w:t>
      </w:r>
    </w:p>
    <w:p w14:paraId="22F4DAF5" w14:textId="77777777" w:rsidR="008B7D71" w:rsidRDefault="008B7D71">
      <w:pPr>
        <w:rPr>
          <w:rFonts w:cs="Arial"/>
          <w:sz w:val="24"/>
          <w:szCs w:val="24"/>
        </w:rPr>
      </w:pPr>
    </w:p>
    <w:p w14:paraId="2680A446" w14:textId="77777777" w:rsidR="0057576A" w:rsidRPr="008B7D71" w:rsidRDefault="00E908F3">
      <w:pPr>
        <w:rPr>
          <w:rFonts w:cs="Arial"/>
          <w:sz w:val="24"/>
          <w:szCs w:val="24"/>
        </w:rPr>
      </w:pPr>
      <w:r w:rsidRPr="008B7D71">
        <w:rPr>
          <w:rFonts w:cs="Arial"/>
          <w:sz w:val="24"/>
          <w:szCs w:val="24"/>
        </w:rPr>
        <w:t>If YES, please give full details:</w:t>
      </w:r>
    </w:p>
    <w:p w14:paraId="302ADEE8" w14:textId="77777777" w:rsidR="0057576A" w:rsidRDefault="00E908F3">
      <w:pPr>
        <w:rPr>
          <w:rFonts w:cs="Arial"/>
          <w:sz w:val="24"/>
          <w:szCs w:val="24"/>
        </w:rPr>
      </w:pPr>
      <w:r w:rsidRPr="008B7D71">
        <w:rPr>
          <w:rFonts w:cs="Arial"/>
          <w:sz w:val="24"/>
          <w:szCs w:val="24"/>
        </w:rPr>
        <w:t>_________________________________________________________________________</w:t>
      </w:r>
    </w:p>
    <w:p w14:paraId="2551F718" w14:textId="77777777" w:rsidR="0057576A" w:rsidRDefault="00E908F3">
      <w:pPr>
        <w:rPr>
          <w:rFonts w:cs="Arial"/>
          <w:sz w:val="24"/>
          <w:szCs w:val="24"/>
        </w:rPr>
      </w:pPr>
      <w:r w:rsidRPr="008B7D71">
        <w:rPr>
          <w:rFonts w:cs="Arial"/>
          <w:sz w:val="24"/>
          <w:szCs w:val="24"/>
        </w:rPr>
        <w:t>_________________________________________________________________________</w:t>
      </w:r>
    </w:p>
    <w:p w14:paraId="54810A7E" w14:textId="77777777" w:rsidR="008B7D71" w:rsidRPr="00007CC1" w:rsidRDefault="008B7D71">
      <w:pPr>
        <w:rPr>
          <w:rFonts w:cs="Arial"/>
          <w:sz w:val="24"/>
          <w:szCs w:val="24"/>
        </w:rPr>
      </w:pPr>
    </w:p>
    <w:p w14:paraId="757C5525" w14:textId="77777777" w:rsidR="0057576A" w:rsidRPr="00007CC1" w:rsidRDefault="00E908F3">
      <w:pPr>
        <w:spacing w:before="80"/>
        <w:rPr>
          <w:rFonts w:cs="Arial"/>
          <w:sz w:val="24"/>
          <w:szCs w:val="24"/>
        </w:rPr>
      </w:pPr>
      <w:r w:rsidRPr="00007CC1">
        <w:rPr>
          <w:sz w:val="24"/>
          <w:szCs w:val="24"/>
        </w:rPr>
        <w:t>The working pattern and hours for this post are outlined in the Job Description (where applicable). Are you able to meet the working requirements of the post you are applying for?        Yes / No</w:t>
      </w:r>
    </w:p>
    <w:p w14:paraId="739D5D1B" w14:textId="77777777" w:rsidR="00007CC1" w:rsidRDefault="00007CC1">
      <w:pPr>
        <w:rPr>
          <w:rFonts w:cs="Arial"/>
          <w:sz w:val="24"/>
          <w:szCs w:val="24"/>
        </w:rPr>
      </w:pPr>
    </w:p>
    <w:p w14:paraId="4C3588C1" w14:textId="77777777" w:rsidR="00007CC1" w:rsidRDefault="00007CC1">
      <w:pPr>
        <w:rPr>
          <w:rFonts w:cs="Arial"/>
          <w:sz w:val="24"/>
          <w:szCs w:val="24"/>
        </w:rPr>
      </w:pPr>
    </w:p>
    <w:p w14:paraId="21A53893" w14:textId="5B9191D1" w:rsidR="0057576A" w:rsidRPr="008B7D71" w:rsidRDefault="00F36BAD" w:rsidP="008B7D71">
      <w:pPr>
        <w:spacing w:line="360" w:lineRule="auto"/>
        <w:rPr>
          <w:rFonts w:cs="Arial"/>
          <w:sz w:val="24"/>
          <w:szCs w:val="24"/>
        </w:rPr>
      </w:pPr>
      <w:r w:rsidRPr="00F36BAD">
        <w:rPr>
          <w:rFonts w:cs="Arial"/>
          <w:sz w:val="24"/>
          <w:szCs w:val="24"/>
        </w:rPr>
        <w:t xml:space="preserve">If NO, please give details of any restrictions or adjustments that would affect your ability to meet the working requirements of the post: </w:t>
      </w:r>
      <w:r w:rsidRPr="008B7D71">
        <w:rPr>
          <w:rFonts w:cs="Arial"/>
          <w:sz w:val="24"/>
          <w:szCs w:val="24"/>
        </w:rPr>
        <w:t>_______________________________________________________________________________</w:t>
      </w:r>
    </w:p>
    <w:p w14:paraId="5A7830A0" w14:textId="77777777" w:rsidR="0057576A" w:rsidRDefault="00E908F3" w:rsidP="008B7D71">
      <w:pPr>
        <w:spacing w:line="360" w:lineRule="auto"/>
        <w:rPr>
          <w:rFonts w:cs="Arial"/>
          <w:sz w:val="24"/>
          <w:szCs w:val="24"/>
        </w:rPr>
      </w:pPr>
      <w:r w:rsidRPr="008B7D71">
        <w:rPr>
          <w:rFonts w:cs="Arial"/>
          <w:sz w:val="24"/>
          <w:szCs w:val="24"/>
        </w:rPr>
        <w:t>_______________________________________________________________________________</w:t>
      </w:r>
    </w:p>
    <w:p w14:paraId="021CB322" w14:textId="010E6FAD" w:rsidR="0057576A" w:rsidRPr="008B7D71" w:rsidRDefault="00E908F3">
      <w:pPr>
        <w:spacing w:before="80"/>
        <w:rPr>
          <w:rFonts w:cs="Arial"/>
          <w:sz w:val="24"/>
          <w:szCs w:val="24"/>
        </w:rPr>
      </w:pPr>
      <w:r w:rsidRPr="008B7D71">
        <w:rPr>
          <w:rFonts w:cs="Arial"/>
          <w:b/>
          <w:sz w:val="24"/>
          <w:szCs w:val="24"/>
        </w:rPr>
        <w:t xml:space="preserve">Are you willing to work additional hours if required?        </w:t>
      </w:r>
      <w:r w:rsidR="00007CC1">
        <w:rPr>
          <w:rFonts w:cs="Arial"/>
          <w:b/>
          <w:sz w:val="24"/>
          <w:szCs w:val="24"/>
        </w:rPr>
        <w:tab/>
      </w:r>
      <w:r w:rsidR="00007CC1">
        <w:rPr>
          <w:rFonts w:cs="Arial"/>
          <w:b/>
          <w:sz w:val="24"/>
          <w:szCs w:val="24"/>
        </w:rPr>
        <w:tab/>
      </w:r>
      <w:r w:rsidRPr="008B7D71">
        <w:rPr>
          <w:rFonts w:cs="Arial"/>
          <w:b/>
          <w:sz w:val="24"/>
          <w:szCs w:val="24"/>
        </w:rPr>
        <w:t>Yes / No</w:t>
      </w:r>
    </w:p>
    <w:p w14:paraId="78023CE1" w14:textId="77777777" w:rsidR="0057576A" w:rsidRPr="008B7D71" w:rsidRDefault="00E908F3">
      <w:pPr>
        <w:spacing w:before="80" w:after="40"/>
        <w:rPr>
          <w:rFonts w:cs="Arial"/>
          <w:sz w:val="24"/>
          <w:szCs w:val="24"/>
        </w:rPr>
      </w:pPr>
      <w:r w:rsidRPr="008B7D71">
        <w:rPr>
          <w:rFonts w:cs="Arial"/>
          <w:b/>
          <w:sz w:val="24"/>
          <w:szCs w:val="24"/>
        </w:rPr>
        <w:t>PVG Scheme and Regulated Roles</w:t>
      </w:r>
    </w:p>
    <w:p w14:paraId="08E6842B" w14:textId="77777777" w:rsidR="0057576A" w:rsidRPr="008B7D71" w:rsidRDefault="00E908F3" w:rsidP="00007CC1">
      <w:pPr>
        <w:jc w:val="both"/>
        <w:rPr>
          <w:rFonts w:cs="Arial"/>
          <w:sz w:val="24"/>
          <w:szCs w:val="24"/>
        </w:rPr>
      </w:pPr>
      <w:r w:rsidRPr="008B7D71">
        <w:rPr>
          <w:rFonts w:cs="Arial"/>
          <w:sz w:val="24"/>
          <w:szCs w:val="24"/>
        </w:rPr>
        <w:t>Certain posts within Ben View Resource Centre involve carrying out a regulated role with children and/or protected adults and are subject to the appropriate level of disclosure through Disclosure Scotland and the Protecting Vulnerable Groups (PVG) Scheme.</w:t>
      </w:r>
    </w:p>
    <w:p w14:paraId="77F52AEC" w14:textId="77777777" w:rsidR="00007CC1" w:rsidRDefault="00007CC1" w:rsidP="00007CC1">
      <w:pPr>
        <w:jc w:val="both"/>
        <w:rPr>
          <w:rFonts w:cs="Arial"/>
          <w:sz w:val="24"/>
          <w:szCs w:val="24"/>
        </w:rPr>
      </w:pPr>
    </w:p>
    <w:p w14:paraId="0E6925FD" w14:textId="56723F59" w:rsidR="0057576A" w:rsidRPr="008B7D71" w:rsidRDefault="00E908F3" w:rsidP="00007CC1">
      <w:pPr>
        <w:jc w:val="both"/>
        <w:rPr>
          <w:rFonts w:cs="Arial"/>
          <w:sz w:val="24"/>
          <w:szCs w:val="24"/>
        </w:rPr>
      </w:pPr>
      <w:r w:rsidRPr="008B7D71">
        <w:rPr>
          <w:rFonts w:cs="Arial"/>
          <w:sz w:val="24"/>
          <w:szCs w:val="24"/>
        </w:rPr>
        <w:t>It is a criminal offence for a barred individual to carry out a regulated role with the group from which they are barred.</w:t>
      </w:r>
    </w:p>
    <w:p w14:paraId="72E30F82" w14:textId="77777777" w:rsidR="008B7D71" w:rsidRDefault="008B7D71">
      <w:pPr>
        <w:rPr>
          <w:rFonts w:cs="Arial"/>
          <w:b/>
          <w:sz w:val="24"/>
          <w:szCs w:val="24"/>
        </w:rPr>
      </w:pPr>
    </w:p>
    <w:p w14:paraId="0BD6DBB3" w14:textId="77777777" w:rsidR="0057576A" w:rsidRPr="008B7D71" w:rsidRDefault="00E908F3">
      <w:pPr>
        <w:rPr>
          <w:rFonts w:cs="Arial"/>
          <w:sz w:val="24"/>
          <w:szCs w:val="24"/>
        </w:rPr>
      </w:pPr>
      <w:r w:rsidRPr="008B7D71">
        <w:rPr>
          <w:rFonts w:cs="Arial"/>
          <w:b/>
          <w:sz w:val="24"/>
          <w:szCs w:val="24"/>
        </w:rPr>
        <w:t>Are you barred from carrying out a regulated role with children and/or protected adults?        Yes / No</w:t>
      </w:r>
    </w:p>
    <w:p w14:paraId="52786043" w14:textId="77777777" w:rsidR="00007CC1" w:rsidRDefault="00007CC1">
      <w:pPr>
        <w:rPr>
          <w:rFonts w:cs="Arial"/>
          <w:sz w:val="24"/>
          <w:szCs w:val="24"/>
        </w:rPr>
      </w:pPr>
    </w:p>
    <w:p w14:paraId="4CB7240A" w14:textId="0C8E845B" w:rsidR="0057576A" w:rsidRPr="008B7D71" w:rsidRDefault="00E908F3" w:rsidP="00007CC1">
      <w:pPr>
        <w:jc w:val="both"/>
        <w:rPr>
          <w:rFonts w:cs="Arial"/>
          <w:sz w:val="24"/>
          <w:szCs w:val="24"/>
        </w:rPr>
      </w:pPr>
      <w:r w:rsidRPr="008B7D71">
        <w:rPr>
          <w:rFonts w:cs="Arial"/>
          <w:sz w:val="24"/>
          <w:szCs w:val="24"/>
        </w:rPr>
        <w:t>Where the post requires PVG Scheme membership, any offer of employment will be subject to satisfactory completion of the appropriate Disclosure Scotland / PVG Scheme process.</w:t>
      </w:r>
    </w:p>
    <w:p w14:paraId="1A492BBC" w14:textId="77777777" w:rsidR="00007CC1" w:rsidRDefault="00007CC1" w:rsidP="00007CC1">
      <w:pPr>
        <w:spacing w:after="80"/>
        <w:jc w:val="both"/>
      </w:pPr>
    </w:p>
    <w:p w14:paraId="28EE6E73" w14:textId="6F11D5EF" w:rsidR="0057576A" w:rsidRPr="00007CC1" w:rsidRDefault="00E908F3" w:rsidP="00007CC1">
      <w:pPr>
        <w:spacing w:after="80"/>
        <w:jc w:val="both"/>
        <w:rPr>
          <w:rFonts w:cs="Arial"/>
          <w:sz w:val="24"/>
          <w:szCs w:val="24"/>
        </w:rPr>
      </w:pPr>
      <w:r w:rsidRPr="00007CC1">
        <w:rPr>
          <w:sz w:val="24"/>
          <w:szCs w:val="24"/>
        </w:rPr>
        <w:t>You may also be required to provide information relating to criminal convictions or other relevant matters where this is legally permitted and relevant to the role. Further information will be provided as part of the recruitment process.</w:t>
      </w:r>
    </w:p>
    <w:p w14:paraId="5E0FEAF2" w14:textId="77777777" w:rsidR="008B7D71" w:rsidRDefault="008B7D71">
      <w:pPr>
        <w:rPr>
          <w:rFonts w:cs="Arial"/>
          <w:b/>
          <w:sz w:val="24"/>
          <w:szCs w:val="24"/>
        </w:rPr>
      </w:pPr>
    </w:p>
    <w:p w14:paraId="23B53675" w14:textId="21DEFF9D" w:rsidR="0057576A" w:rsidRPr="008B7D71" w:rsidRDefault="00E908F3">
      <w:pPr>
        <w:rPr>
          <w:rFonts w:cs="Arial"/>
          <w:sz w:val="24"/>
          <w:szCs w:val="24"/>
        </w:rPr>
      </w:pPr>
      <w:r w:rsidRPr="008B7D71">
        <w:rPr>
          <w:rFonts w:cs="Arial"/>
          <w:b/>
          <w:sz w:val="24"/>
          <w:szCs w:val="24"/>
        </w:rPr>
        <w:t xml:space="preserve">Have you ever worked for Ben View Resource Centre before?        </w:t>
      </w:r>
      <w:r w:rsidR="00007CC1">
        <w:rPr>
          <w:rFonts w:cs="Arial"/>
          <w:b/>
          <w:sz w:val="24"/>
          <w:szCs w:val="24"/>
        </w:rPr>
        <w:tab/>
      </w:r>
      <w:r w:rsidRPr="008B7D71">
        <w:rPr>
          <w:rFonts w:cs="Arial"/>
          <w:b/>
          <w:sz w:val="24"/>
          <w:szCs w:val="24"/>
        </w:rPr>
        <w:t>Yes / No</w:t>
      </w:r>
    </w:p>
    <w:p w14:paraId="79F6F999" w14:textId="77777777" w:rsidR="008B7D71" w:rsidRDefault="008B7D71">
      <w:pPr>
        <w:rPr>
          <w:rFonts w:cs="Arial"/>
          <w:sz w:val="24"/>
          <w:szCs w:val="24"/>
        </w:rPr>
      </w:pPr>
    </w:p>
    <w:p w14:paraId="12D24D48" w14:textId="77777777" w:rsidR="0057576A" w:rsidRPr="008B7D71" w:rsidRDefault="00E908F3">
      <w:pPr>
        <w:rPr>
          <w:rFonts w:cs="Arial"/>
          <w:sz w:val="24"/>
          <w:szCs w:val="24"/>
        </w:rPr>
      </w:pPr>
      <w:r w:rsidRPr="008B7D71">
        <w:rPr>
          <w:rFonts w:cs="Arial"/>
          <w:sz w:val="24"/>
          <w:szCs w:val="24"/>
        </w:rPr>
        <w:t>If YES, please give full details:</w:t>
      </w:r>
    </w:p>
    <w:p w14:paraId="28EB8FCF" w14:textId="77777777" w:rsidR="0057576A" w:rsidRPr="008B7D71" w:rsidRDefault="00E908F3" w:rsidP="008B7D71">
      <w:pPr>
        <w:spacing w:line="360" w:lineRule="auto"/>
        <w:rPr>
          <w:rFonts w:cs="Arial"/>
          <w:sz w:val="24"/>
          <w:szCs w:val="24"/>
        </w:rPr>
      </w:pPr>
      <w:r w:rsidRPr="008B7D71">
        <w:rPr>
          <w:rFonts w:cs="Arial"/>
          <w:sz w:val="24"/>
          <w:szCs w:val="24"/>
        </w:rPr>
        <w:t>_______________________________________________________________________________</w:t>
      </w:r>
    </w:p>
    <w:p w14:paraId="6FF8CB11" w14:textId="77777777" w:rsidR="0057576A" w:rsidRPr="008B7D71" w:rsidRDefault="00E908F3" w:rsidP="008B7D71">
      <w:pPr>
        <w:spacing w:line="360" w:lineRule="auto"/>
        <w:rPr>
          <w:rFonts w:cs="Arial"/>
          <w:sz w:val="24"/>
          <w:szCs w:val="24"/>
        </w:rPr>
      </w:pPr>
      <w:r w:rsidRPr="008B7D71">
        <w:rPr>
          <w:rFonts w:cs="Arial"/>
          <w:sz w:val="24"/>
          <w:szCs w:val="24"/>
        </w:rPr>
        <w:t>_______________________________________________________________________________</w:t>
      </w:r>
    </w:p>
    <w:p w14:paraId="36934755" w14:textId="77777777" w:rsidR="0057576A" w:rsidRPr="008B7D71" w:rsidRDefault="00E908F3">
      <w:pPr>
        <w:rPr>
          <w:rFonts w:cs="Arial"/>
          <w:sz w:val="24"/>
          <w:szCs w:val="24"/>
        </w:rPr>
      </w:pPr>
      <w:r w:rsidRPr="008B7D71">
        <w:rPr>
          <w:rFonts w:cs="Arial"/>
          <w:b/>
          <w:sz w:val="24"/>
          <w:szCs w:val="24"/>
        </w:rPr>
        <w:t>Have you applied for employment with Ben View Resource Centre before?        Yes / No</w:t>
      </w:r>
    </w:p>
    <w:p w14:paraId="4B2460F8" w14:textId="77777777" w:rsidR="008B7D71" w:rsidRDefault="008B7D71">
      <w:pPr>
        <w:spacing w:before="80" w:after="40"/>
        <w:rPr>
          <w:rFonts w:cs="Arial"/>
          <w:b/>
          <w:sz w:val="24"/>
          <w:szCs w:val="24"/>
        </w:rPr>
      </w:pPr>
    </w:p>
    <w:p w14:paraId="4DA8E2CF" w14:textId="77777777" w:rsidR="0057576A" w:rsidRPr="008B7D71" w:rsidRDefault="00E908F3">
      <w:pPr>
        <w:spacing w:before="80" w:after="40"/>
        <w:rPr>
          <w:rFonts w:cs="Arial"/>
          <w:sz w:val="24"/>
          <w:szCs w:val="24"/>
        </w:rPr>
      </w:pPr>
      <w:r w:rsidRPr="008B7D71">
        <w:rPr>
          <w:rFonts w:cs="Arial"/>
          <w:b/>
          <w:sz w:val="24"/>
          <w:szCs w:val="24"/>
        </w:rPr>
        <w:t>Right to Work</w:t>
      </w:r>
    </w:p>
    <w:p w14:paraId="568EC19C" w14:textId="77777777" w:rsidR="00007CC1" w:rsidRDefault="00007CC1">
      <w:pPr>
        <w:rPr>
          <w:rFonts w:cs="Arial"/>
          <w:b/>
          <w:sz w:val="24"/>
          <w:szCs w:val="24"/>
        </w:rPr>
      </w:pPr>
    </w:p>
    <w:p w14:paraId="6311FB6F" w14:textId="0300F39F" w:rsidR="0057576A" w:rsidRDefault="00E908F3">
      <w:pPr>
        <w:rPr>
          <w:rFonts w:cs="Arial"/>
          <w:b/>
          <w:sz w:val="24"/>
          <w:szCs w:val="24"/>
        </w:rPr>
      </w:pPr>
      <w:r w:rsidRPr="008B7D71">
        <w:rPr>
          <w:rFonts w:cs="Arial"/>
          <w:b/>
          <w:sz w:val="24"/>
          <w:szCs w:val="24"/>
        </w:rPr>
        <w:t>Do you currently have the right to work in the UK?        Yes / No</w:t>
      </w:r>
    </w:p>
    <w:p w14:paraId="081428FE" w14:textId="77777777" w:rsidR="00007CC1" w:rsidRDefault="00007CC1">
      <w:pPr>
        <w:rPr>
          <w:rFonts w:cs="Arial"/>
          <w:b/>
          <w:sz w:val="24"/>
          <w:szCs w:val="24"/>
        </w:rPr>
      </w:pPr>
    </w:p>
    <w:p w14:paraId="150AABE5" w14:textId="6F69B4B0" w:rsidR="00007CC1" w:rsidRPr="00007CC1" w:rsidRDefault="00007CC1">
      <w:pPr>
        <w:rPr>
          <w:rFonts w:cs="Arial"/>
          <w:sz w:val="24"/>
          <w:szCs w:val="24"/>
        </w:rPr>
      </w:pPr>
      <w:r w:rsidRPr="00007CC1">
        <w:rPr>
          <w:sz w:val="24"/>
          <w:szCs w:val="24"/>
        </w:rPr>
        <w:t>If appointed, you will be required to provide original documentation confirming your right to work in the UK before employment commences</w:t>
      </w:r>
    </w:p>
    <w:p w14:paraId="49B787C4" w14:textId="77777777" w:rsidR="00007CC1" w:rsidRDefault="00007CC1">
      <w:pPr>
        <w:rPr>
          <w:rFonts w:cs="Arial"/>
          <w:sz w:val="24"/>
          <w:szCs w:val="24"/>
        </w:rPr>
      </w:pPr>
    </w:p>
    <w:p w14:paraId="43E7C22B" w14:textId="69DC7669" w:rsidR="0057576A" w:rsidRPr="008B7D71" w:rsidRDefault="00E908F3">
      <w:pPr>
        <w:rPr>
          <w:rFonts w:cs="Arial"/>
          <w:sz w:val="24"/>
          <w:szCs w:val="24"/>
        </w:rPr>
      </w:pPr>
      <w:r w:rsidRPr="008B7D71">
        <w:rPr>
          <w:rFonts w:cs="Arial"/>
          <w:sz w:val="24"/>
          <w:szCs w:val="24"/>
        </w:rPr>
        <w:t>If your right to work is subject to any restrictions or time limits, please give details:</w:t>
      </w:r>
    </w:p>
    <w:p w14:paraId="2D10B43A" w14:textId="77777777" w:rsidR="0057576A" w:rsidRPr="008B7D71" w:rsidRDefault="00E908F3">
      <w:pPr>
        <w:rPr>
          <w:rFonts w:cs="Arial"/>
          <w:sz w:val="24"/>
          <w:szCs w:val="24"/>
        </w:rPr>
      </w:pPr>
      <w:r w:rsidRPr="008B7D71">
        <w:rPr>
          <w:rFonts w:cs="Arial"/>
          <w:sz w:val="24"/>
          <w:szCs w:val="24"/>
        </w:rPr>
        <w:t>____________________________________________________________________________</w:t>
      </w:r>
    </w:p>
    <w:p w14:paraId="74DEEF48" w14:textId="77777777" w:rsidR="008B7D71" w:rsidRDefault="008B7D71">
      <w:pPr>
        <w:rPr>
          <w:rFonts w:cs="Arial"/>
          <w:sz w:val="24"/>
          <w:szCs w:val="24"/>
        </w:rPr>
      </w:pPr>
    </w:p>
    <w:p w14:paraId="278E91AC" w14:textId="77777777" w:rsidR="0057576A" w:rsidRPr="008B7D71" w:rsidRDefault="00E908F3">
      <w:pPr>
        <w:rPr>
          <w:rFonts w:cs="Arial"/>
          <w:sz w:val="24"/>
          <w:szCs w:val="24"/>
        </w:rPr>
      </w:pPr>
      <w:r w:rsidRPr="008B7D71">
        <w:rPr>
          <w:rFonts w:cs="Arial"/>
          <w:sz w:val="24"/>
          <w:szCs w:val="24"/>
        </w:rPr>
        <w:t>____________________________________________________________________________</w:t>
      </w:r>
    </w:p>
    <w:p w14:paraId="23773858" w14:textId="77777777" w:rsidR="008B7D71" w:rsidRDefault="008B7D71">
      <w:pPr>
        <w:rPr>
          <w:rFonts w:cs="Arial"/>
          <w:sz w:val="24"/>
          <w:szCs w:val="24"/>
        </w:rPr>
      </w:pPr>
    </w:p>
    <w:p w14:paraId="2FB95F09" w14:textId="77777777" w:rsidR="0057576A" w:rsidRPr="008B7D71" w:rsidRDefault="00E908F3">
      <w:pPr>
        <w:rPr>
          <w:rFonts w:cs="Arial"/>
          <w:sz w:val="24"/>
          <w:szCs w:val="24"/>
        </w:rPr>
      </w:pPr>
      <w:r w:rsidRPr="008B7D71">
        <w:rPr>
          <w:rFonts w:cs="Arial"/>
          <w:sz w:val="24"/>
          <w:szCs w:val="24"/>
        </w:rPr>
        <w:t>How much notice are you required to give to your current employer?  __________________________________________</w:t>
      </w:r>
    </w:p>
    <w:p w14:paraId="3FDBDD72" w14:textId="77777777" w:rsidR="0057576A" w:rsidRPr="008B7D71" w:rsidRDefault="00E908F3">
      <w:pPr>
        <w:spacing w:before="80" w:after="40"/>
        <w:rPr>
          <w:rFonts w:cs="Arial"/>
          <w:sz w:val="24"/>
          <w:szCs w:val="24"/>
        </w:rPr>
      </w:pPr>
      <w:r w:rsidRPr="008B7D71">
        <w:rPr>
          <w:rFonts w:cs="Arial"/>
          <w:b/>
          <w:sz w:val="24"/>
          <w:szCs w:val="24"/>
        </w:rPr>
        <w:t>Disability and Reasonable Adjustments</w:t>
      </w:r>
    </w:p>
    <w:p w14:paraId="70CB4523" w14:textId="77777777" w:rsidR="0057576A" w:rsidRPr="008B7D71" w:rsidRDefault="00E908F3">
      <w:pPr>
        <w:rPr>
          <w:rFonts w:cs="Arial"/>
          <w:sz w:val="24"/>
          <w:szCs w:val="24"/>
        </w:rPr>
      </w:pPr>
      <w:r w:rsidRPr="008B7D71">
        <w:rPr>
          <w:rFonts w:cs="Arial"/>
          <w:sz w:val="24"/>
          <w:szCs w:val="24"/>
        </w:rPr>
        <w:t>Ben View Resource Centre is committed to providing an inclusive recruitment process.</w:t>
      </w:r>
    </w:p>
    <w:p w14:paraId="4128510B" w14:textId="77777777" w:rsidR="008B7D71" w:rsidRDefault="008B7D71">
      <w:pPr>
        <w:rPr>
          <w:rFonts w:cs="Arial"/>
          <w:b/>
          <w:sz w:val="24"/>
          <w:szCs w:val="24"/>
        </w:rPr>
      </w:pPr>
    </w:p>
    <w:p w14:paraId="42B9DA41" w14:textId="77777777" w:rsidR="0057576A" w:rsidRPr="008B7D71" w:rsidRDefault="00E908F3">
      <w:pPr>
        <w:rPr>
          <w:rFonts w:cs="Arial"/>
          <w:sz w:val="24"/>
          <w:szCs w:val="24"/>
        </w:rPr>
      </w:pPr>
      <w:r w:rsidRPr="008B7D71">
        <w:rPr>
          <w:rFonts w:cs="Arial"/>
          <w:b/>
          <w:sz w:val="24"/>
          <w:szCs w:val="24"/>
        </w:rPr>
        <w:t>Do you require any reasonable adjustments or additional support to take part in the recruitment or interview process?        Yes / No</w:t>
      </w:r>
    </w:p>
    <w:p w14:paraId="6EF6BF7C" w14:textId="77777777" w:rsidR="008B7D71" w:rsidRDefault="008B7D71">
      <w:pPr>
        <w:rPr>
          <w:rFonts w:cs="Arial"/>
          <w:sz w:val="24"/>
          <w:szCs w:val="24"/>
        </w:rPr>
      </w:pPr>
    </w:p>
    <w:p w14:paraId="0B1CEA04" w14:textId="77777777" w:rsidR="0057576A" w:rsidRPr="008B7D71" w:rsidRDefault="00E908F3">
      <w:pPr>
        <w:rPr>
          <w:rFonts w:cs="Arial"/>
          <w:sz w:val="24"/>
          <w:szCs w:val="24"/>
        </w:rPr>
      </w:pPr>
      <w:r w:rsidRPr="008B7D71">
        <w:rPr>
          <w:rFonts w:cs="Arial"/>
          <w:sz w:val="24"/>
          <w:szCs w:val="24"/>
        </w:rPr>
        <w:t>If YES, please tell us what adjustments or support would be helpful:</w:t>
      </w:r>
    </w:p>
    <w:p w14:paraId="6F4A5991" w14:textId="77777777" w:rsidR="0057576A" w:rsidRPr="008B7D71" w:rsidRDefault="00E908F3" w:rsidP="00007CC1">
      <w:pPr>
        <w:spacing w:line="276" w:lineRule="auto"/>
        <w:rPr>
          <w:rFonts w:cs="Arial"/>
          <w:sz w:val="24"/>
          <w:szCs w:val="24"/>
        </w:rPr>
      </w:pPr>
      <w:r w:rsidRPr="008B7D71">
        <w:rPr>
          <w:rFonts w:cs="Arial"/>
          <w:sz w:val="24"/>
          <w:szCs w:val="24"/>
        </w:rPr>
        <w:t>_____________________________________________________________________________</w:t>
      </w:r>
    </w:p>
    <w:p w14:paraId="125AFFC6" w14:textId="77777777" w:rsidR="0057576A" w:rsidRPr="008B7D71" w:rsidRDefault="00E908F3" w:rsidP="00007CC1">
      <w:pPr>
        <w:spacing w:line="276" w:lineRule="auto"/>
        <w:rPr>
          <w:rFonts w:cs="Arial"/>
          <w:sz w:val="24"/>
          <w:szCs w:val="24"/>
        </w:rPr>
      </w:pPr>
      <w:r w:rsidRPr="008B7D71">
        <w:rPr>
          <w:rFonts w:cs="Arial"/>
          <w:sz w:val="24"/>
          <w:szCs w:val="24"/>
        </w:rPr>
        <w:t>_____________________________________________________________________________</w:t>
      </w:r>
    </w:p>
    <w:p w14:paraId="4812F837" w14:textId="77777777" w:rsidR="0057576A" w:rsidRDefault="00E908F3" w:rsidP="00007CC1">
      <w:pPr>
        <w:spacing w:line="276" w:lineRule="auto"/>
        <w:rPr>
          <w:rFonts w:cs="Arial"/>
          <w:sz w:val="24"/>
          <w:szCs w:val="24"/>
        </w:rPr>
      </w:pPr>
      <w:r w:rsidRPr="008B7D71">
        <w:rPr>
          <w:rFonts w:cs="Arial"/>
          <w:sz w:val="24"/>
          <w:szCs w:val="24"/>
        </w:rPr>
        <w:t>_____________________________________________________________________________</w:t>
      </w:r>
    </w:p>
    <w:p w14:paraId="1AC9330B" w14:textId="77777777" w:rsidR="008B7D71" w:rsidRPr="008B7D71" w:rsidRDefault="008B7D71">
      <w:pPr>
        <w:rPr>
          <w:rFonts w:cs="Arial"/>
          <w:sz w:val="24"/>
          <w:szCs w:val="24"/>
        </w:rPr>
      </w:pPr>
    </w:p>
    <w:p w14:paraId="33B7F767" w14:textId="77777777" w:rsidR="0057576A" w:rsidRPr="008B7D71" w:rsidRDefault="00E908F3">
      <w:pPr>
        <w:rPr>
          <w:rFonts w:cs="Arial"/>
          <w:sz w:val="24"/>
          <w:szCs w:val="24"/>
        </w:rPr>
      </w:pPr>
      <w:r w:rsidRPr="008B7D71">
        <w:rPr>
          <w:rFonts w:cs="Arial"/>
          <w:sz w:val="24"/>
          <w:szCs w:val="24"/>
        </w:rPr>
        <w:t>Information provided in this section will only be used to help us make appropriate arrangements for the recruitment process.</w:t>
      </w:r>
    </w:p>
    <w:p w14:paraId="339AEC0E" w14:textId="77777777" w:rsidR="008B7D71" w:rsidRDefault="008B7D71">
      <w:pPr>
        <w:spacing w:before="80" w:after="40"/>
        <w:rPr>
          <w:rFonts w:cs="Arial"/>
          <w:b/>
          <w:sz w:val="24"/>
          <w:szCs w:val="24"/>
        </w:rPr>
      </w:pPr>
    </w:p>
    <w:p w14:paraId="595EB36B" w14:textId="77777777" w:rsidR="0057576A" w:rsidRPr="008B7D71" w:rsidRDefault="00E908F3">
      <w:pPr>
        <w:spacing w:before="80" w:after="40"/>
        <w:rPr>
          <w:rFonts w:cs="Arial"/>
          <w:sz w:val="24"/>
          <w:szCs w:val="24"/>
        </w:rPr>
      </w:pPr>
      <w:r w:rsidRPr="008B7D71">
        <w:rPr>
          <w:rFonts w:cs="Arial"/>
          <w:b/>
          <w:sz w:val="24"/>
          <w:szCs w:val="24"/>
        </w:rPr>
        <w:t>Holidays</w:t>
      </w:r>
    </w:p>
    <w:p w14:paraId="21160403" w14:textId="77777777" w:rsidR="0057576A" w:rsidRPr="008B7D71" w:rsidRDefault="00E908F3">
      <w:pPr>
        <w:rPr>
          <w:rFonts w:cs="Arial"/>
          <w:sz w:val="24"/>
          <w:szCs w:val="24"/>
        </w:rPr>
      </w:pPr>
      <w:r w:rsidRPr="008B7D71">
        <w:rPr>
          <w:rFonts w:cs="Arial"/>
          <w:b/>
          <w:sz w:val="24"/>
          <w:szCs w:val="24"/>
        </w:rPr>
        <w:t>Do you have any holidays or other planned leave arranged?        Yes / No</w:t>
      </w:r>
    </w:p>
    <w:p w14:paraId="64A4AF65" w14:textId="77777777" w:rsidR="0057576A" w:rsidRPr="008B7D71" w:rsidRDefault="00E908F3">
      <w:pPr>
        <w:rPr>
          <w:rFonts w:cs="Arial"/>
          <w:sz w:val="24"/>
          <w:szCs w:val="24"/>
        </w:rPr>
      </w:pPr>
      <w:r w:rsidRPr="008B7D71">
        <w:rPr>
          <w:rFonts w:cs="Arial"/>
          <w:sz w:val="24"/>
          <w:szCs w:val="24"/>
        </w:rPr>
        <w:t>If YES, please give dates:</w:t>
      </w:r>
    </w:p>
    <w:p w14:paraId="1CE99A66" w14:textId="77777777" w:rsidR="0057576A" w:rsidRPr="008B7D71" w:rsidRDefault="00E908F3" w:rsidP="00007CC1">
      <w:pPr>
        <w:spacing w:line="276" w:lineRule="auto"/>
        <w:rPr>
          <w:rFonts w:cs="Arial"/>
          <w:sz w:val="24"/>
          <w:szCs w:val="24"/>
        </w:rPr>
      </w:pPr>
      <w:r w:rsidRPr="008B7D71">
        <w:rPr>
          <w:rFonts w:cs="Arial"/>
          <w:sz w:val="24"/>
          <w:szCs w:val="24"/>
        </w:rPr>
        <w:t>___________________________________________________________________________</w:t>
      </w:r>
    </w:p>
    <w:p w14:paraId="48D4F353" w14:textId="77777777" w:rsidR="0057576A" w:rsidRDefault="00E908F3" w:rsidP="00007CC1">
      <w:pPr>
        <w:spacing w:line="276" w:lineRule="auto"/>
        <w:rPr>
          <w:rFonts w:cs="Arial"/>
          <w:sz w:val="24"/>
          <w:szCs w:val="24"/>
        </w:rPr>
      </w:pPr>
      <w:r w:rsidRPr="008B7D71">
        <w:rPr>
          <w:rFonts w:cs="Arial"/>
          <w:sz w:val="24"/>
          <w:szCs w:val="24"/>
        </w:rPr>
        <w:t>___________________________________________________________________________</w:t>
      </w:r>
    </w:p>
    <w:p w14:paraId="2C87A0CE" w14:textId="77777777" w:rsidR="008B7D71" w:rsidRPr="008B7D71" w:rsidRDefault="008B7D71">
      <w:pPr>
        <w:rPr>
          <w:rFonts w:cs="Arial"/>
          <w:sz w:val="24"/>
          <w:szCs w:val="24"/>
        </w:rPr>
      </w:pPr>
    </w:p>
    <w:p w14:paraId="6A30B6A8" w14:textId="77777777" w:rsidR="0057576A" w:rsidRPr="008B7D71" w:rsidRDefault="00E908F3">
      <w:pPr>
        <w:spacing w:before="80" w:after="40"/>
        <w:rPr>
          <w:rFonts w:cs="Arial"/>
          <w:sz w:val="24"/>
          <w:szCs w:val="24"/>
        </w:rPr>
      </w:pPr>
      <w:r w:rsidRPr="008B7D71">
        <w:rPr>
          <w:rFonts w:cs="Arial"/>
          <w:b/>
          <w:sz w:val="24"/>
          <w:szCs w:val="24"/>
        </w:rPr>
        <w:t>Interests, Achievements and Leisure Activities</w:t>
      </w:r>
    </w:p>
    <w:p w14:paraId="69DC313B" w14:textId="77777777" w:rsidR="0057576A" w:rsidRPr="008B7D71" w:rsidRDefault="00E908F3">
      <w:pPr>
        <w:rPr>
          <w:rFonts w:cs="Arial"/>
          <w:sz w:val="24"/>
          <w:szCs w:val="24"/>
        </w:rPr>
      </w:pPr>
      <w:r w:rsidRPr="008B7D71">
        <w:rPr>
          <w:rFonts w:cs="Arial"/>
          <w:sz w:val="24"/>
          <w:szCs w:val="24"/>
        </w:rPr>
        <w:t>(e.g. hobbies, sports, volunteering, club memberships)</w:t>
      </w:r>
    </w:p>
    <w:p w14:paraId="3F599B58" w14:textId="77777777" w:rsidR="0057576A" w:rsidRPr="008B7D71" w:rsidRDefault="00E908F3">
      <w:pPr>
        <w:rPr>
          <w:rFonts w:cs="Arial"/>
          <w:sz w:val="24"/>
          <w:szCs w:val="24"/>
        </w:rPr>
      </w:pPr>
      <w:r w:rsidRPr="008B7D71">
        <w:rPr>
          <w:rFonts w:cs="Arial"/>
          <w:sz w:val="24"/>
          <w:szCs w:val="24"/>
        </w:rPr>
        <w:t>_______________________________________________________________________________</w:t>
      </w:r>
    </w:p>
    <w:p w14:paraId="6BA962EC" w14:textId="77777777" w:rsidR="0057576A" w:rsidRPr="00007CC1" w:rsidRDefault="00E908F3" w:rsidP="00007CC1">
      <w:pPr>
        <w:spacing w:line="360" w:lineRule="auto"/>
        <w:rPr>
          <w:rFonts w:cs="Arial"/>
          <w:sz w:val="24"/>
          <w:szCs w:val="24"/>
        </w:rPr>
      </w:pPr>
      <w:r w:rsidRPr="00007CC1">
        <w:rPr>
          <w:rFonts w:cs="Arial"/>
          <w:sz w:val="24"/>
          <w:szCs w:val="24"/>
        </w:rPr>
        <w:t>_______________________________________________________________________________</w:t>
      </w:r>
    </w:p>
    <w:p w14:paraId="5C44DD69" w14:textId="77777777" w:rsidR="008B7D71" w:rsidRPr="00007CC1" w:rsidRDefault="00E908F3" w:rsidP="00007CC1">
      <w:pPr>
        <w:spacing w:line="360" w:lineRule="auto"/>
        <w:rPr>
          <w:rFonts w:cs="Arial"/>
          <w:sz w:val="24"/>
          <w:szCs w:val="24"/>
        </w:rPr>
      </w:pPr>
      <w:r w:rsidRPr="00007CC1">
        <w:rPr>
          <w:rFonts w:cs="Arial"/>
          <w:sz w:val="24"/>
          <w:szCs w:val="24"/>
        </w:rPr>
        <w:t>_______________________________________________________________________________</w:t>
      </w:r>
    </w:p>
    <w:p w14:paraId="58EEF1B7" w14:textId="77777777" w:rsidR="0057576A" w:rsidRPr="00007CC1" w:rsidRDefault="00E908F3" w:rsidP="00007CC1">
      <w:pPr>
        <w:spacing w:line="360" w:lineRule="auto"/>
        <w:rPr>
          <w:rFonts w:cs="Arial"/>
          <w:sz w:val="24"/>
          <w:szCs w:val="24"/>
        </w:rPr>
      </w:pPr>
      <w:r w:rsidRPr="00007CC1">
        <w:rPr>
          <w:rFonts w:cs="Arial"/>
          <w:sz w:val="24"/>
          <w:szCs w:val="24"/>
        </w:rPr>
        <w:t>_______________________________________________________________________________</w:t>
      </w:r>
    </w:p>
    <w:p w14:paraId="61BBDAE3" w14:textId="77777777" w:rsidR="0057576A" w:rsidRPr="008B7D71" w:rsidRDefault="00E908F3">
      <w:pPr>
        <w:spacing w:before="80" w:after="40"/>
        <w:rPr>
          <w:rFonts w:cs="Arial"/>
          <w:sz w:val="24"/>
          <w:szCs w:val="24"/>
        </w:rPr>
      </w:pPr>
      <w:r w:rsidRPr="008B7D71">
        <w:rPr>
          <w:rFonts w:cs="Arial"/>
          <w:b/>
          <w:sz w:val="24"/>
          <w:szCs w:val="24"/>
        </w:rPr>
        <w:t>Additional Information</w:t>
      </w:r>
    </w:p>
    <w:p w14:paraId="7EC91565" w14:textId="77777777" w:rsidR="0057576A" w:rsidRPr="008B7D71" w:rsidRDefault="00E908F3">
      <w:pPr>
        <w:rPr>
          <w:rFonts w:cs="Arial"/>
          <w:sz w:val="24"/>
          <w:szCs w:val="24"/>
        </w:rPr>
      </w:pPr>
      <w:r w:rsidRPr="008B7D71">
        <w:rPr>
          <w:rFonts w:cs="Arial"/>
          <w:sz w:val="24"/>
          <w:szCs w:val="24"/>
        </w:rPr>
        <w:t>Please provide us with any other information that will support your application:</w:t>
      </w:r>
    </w:p>
    <w:p w14:paraId="0346C938" w14:textId="77777777" w:rsidR="0057576A" w:rsidRPr="008B7D71" w:rsidRDefault="00E908F3" w:rsidP="00007CC1">
      <w:pPr>
        <w:spacing w:line="360" w:lineRule="auto"/>
        <w:rPr>
          <w:rFonts w:cs="Arial"/>
          <w:sz w:val="24"/>
          <w:szCs w:val="24"/>
        </w:rPr>
      </w:pPr>
      <w:r w:rsidRPr="008B7D71">
        <w:rPr>
          <w:rFonts w:cs="Arial"/>
          <w:sz w:val="24"/>
          <w:szCs w:val="24"/>
        </w:rPr>
        <w:t>_______________________________________________________________________________</w:t>
      </w:r>
    </w:p>
    <w:p w14:paraId="4DA210D5" w14:textId="77777777" w:rsidR="0057576A" w:rsidRPr="008B7D71" w:rsidRDefault="00E908F3" w:rsidP="00007CC1">
      <w:pPr>
        <w:spacing w:line="360" w:lineRule="auto"/>
        <w:rPr>
          <w:rFonts w:cs="Arial"/>
          <w:sz w:val="24"/>
          <w:szCs w:val="24"/>
        </w:rPr>
      </w:pPr>
      <w:r w:rsidRPr="008B7D71">
        <w:rPr>
          <w:rFonts w:cs="Arial"/>
          <w:sz w:val="24"/>
          <w:szCs w:val="24"/>
        </w:rPr>
        <w:t>_______________________________________________________________________________</w:t>
      </w:r>
    </w:p>
    <w:p w14:paraId="32F78137" w14:textId="77777777" w:rsidR="0057576A" w:rsidRPr="008B7D71" w:rsidRDefault="00E908F3">
      <w:pPr>
        <w:spacing w:before="80" w:after="40"/>
        <w:rPr>
          <w:rFonts w:cs="Arial"/>
          <w:sz w:val="24"/>
          <w:szCs w:val="24"/>
        </w:rPr>
      </w:pPr>
      <w:r w:rsidRPr="008B7D71">
        <w:rPr>
          <w:rFonts w:cs="Arial"/>
          <w:b/>
          <w:sz w:val="24"/>
          <w:szCs w:val="24"/>
        </w:rPr>
        <w:t>Information In Support of Application - Person Specification</w:t>
      </w:r>
    </w:p>
    <w:p w14:paraId="5C24E442" w14:textId="77777777" w:rsidR="0057576A" w:rsidRPr="008B7D71" w:rsidRDefault="00E908F3">
      <w:pPr>
        <w:rPr>
          <w:rFonts w:cs="Arial"/>
          <w:sz w:val="24"/>
          <w:szCs w:val="24"/>
        </w:rPr>
      </w:pPr>
      <w:r w:rsidRPr="008B7D71">
        <w:rPr>
          <w:rFonts w:cs="Arial"/>
          <w:sz w:val="24"/>
          <w:szCs w:val="24"/>
        </w:rPr>
        <w:t>Please detail here how you meet the requirements of the person specification.</w:t>
      </w:r>
    </w:p>
    <w:p w14:paraId="0E55AA8C" w14:textId="77777777" w:rsidR="008B7D71" w:rsidRDefault="008B7D71">
      <w:pPr>
        <w:rPr>
          <w:rFonts w:cs="Arial"/>
          <w:sz w:val="24"/>
          <w:szCs w:val="24"/>
        </w:rPr>
      </w:pPr>
    </w:p>
    <w:p w14:paraId="077C65ED" w14:textId="77777777" w:rsidR="0057576A" w:rsidRPr="008B7D71" w:rsidRDefault="00E908F3">
      <w:pPr>
        <w:rPr>
          <w:rFonts w:cs="Arial"/>
          <w:sz w:val="24"/>
          <w:szCs w:val="24"/>
        </w:rPr>
      </w:pPr>
      <w:r w:rsidRPr="008B7D71">
        <w:rPr>
          <w:rFonts w:cs="Arial"/>
          <w:sz w:val="24"/>
          <w:szCs w:val="24"/>
        </w:rPr>
        <w:t>When completing this section, please provide examples of when you have demonstrated the skills and qualities outlined in the person specification.</w:t>
      </w:r>
    </w:p>
    <w:p w14:paraId="3366BF99" w14:textId="77777777" w:rsidR="008B7D71" w:rsidRPr="008B7D71" w:rsidRDefault="008B7D71" w:rsidP="008B7D71">
      <w:pPr>
        <w:spacing w:line="360" w:lineRule="auto"/>
        <w:rPr>
          <w:rFonts w:cs="Arial"/>
          <w:sz w:val="24"/>
          <w:szCs w:val="24"/>
        </w:rPr>
      </w:pPr>
      <w:r w:rsidRPr="008B7D71">
        <w:rPr>
          <w:rFonts w:cs="Arial"/>
          <w:sz w:val="24"/>
          <w:szCs w:val="24"/>
        </w:rPr>
        <w:t>_______________________________________________________________________________</w:t>
      </w:r>
    </w:p>
    <w:p w14:paraId="07D11119" w14:textId="77777777" w:rsidR="008B7D71" w:rsidRPr="008B7D71" w:rsidRDefault="008B7D71" w:rsidP="008B7D71">
      <w:pPr>
        <w:spacing w:line="360" w:lineRule="auto"/>
        <w:rPr>
          <w:rFonts w:cs="Arial"/>
          <w:sz w:val="24"/>
          <w:szCs w:val="24"/>
        </w:rPr>
      </w:pPr>
      <w:r w:rsidRPr="008B7D71">
        <w:rPr>
          <w:rFonts w:cs="Arial"/>
          <w:sz w:val="24"/>
          <w:szCs w:val="24"/>
        </w:rPr>
        <w:t>_______________________________________________________________________________</w:t>
      </w:r>
    </w:p>
    <w:p w14:paraId="7A89AE9D" w14:textId="77777777" w:rsidR="008B7D71" w:rsidRPr="008B7D71" w:rsidRDefault="008B7D71" w:rsidP="008B7D71">
      <w:pPr>
        <w:spacing w:line="360" w:lineRule="auto"/>
        <w:rPr>
          <w:rFonts w:cs="Arial"/>
          <w:sz w:val="24"/>
          <w:szCs w:val="24"/>
        </w:rPr>
      </w:pPr>
      <w:r w:rsidRPr="008B7D71">
        <w:rPr>
          <w:rFonts w:cs="Arial"/>
          <w:sz w:val="24"/>
          <w:szCs w:val="24"/>
        </w:rPr>
        <w:t>_______________________________________________________________________________</w:t>
      </w:r>
    </w:p>
    <w:p w14:paraId="0EFCC8A1" w14:textId="77777777" w:rsidR="008B7D71" w:rsidRPr="008B7D71" w:rsidRDefault="008B7D71" w:rsidP="008B7D71">
      <w:pPr>
        <w:spacing w:line="360" w:lineRule="auto"/>
        <w:rPr>
          <w:rFonts w:cs="Arial"/>
          <w:sz w:val="24"/>
          <w:szCs w:val="24"/>
        </w:rPr>
      </w:pPr>
      <w:r w:rsidRPr="008B7D71">
        <w:rPr>
          <w:rFonts w:cs="Arial"/>
          <w:sz w:val="24"/>
          <w:szCs w:val="24"/>
        </w:rPr>
        <w:t>_______________________________________________________________________________</w:t>
      </w:r>
    </w:p>
    <w:p w14:paraId="12A98B41" w14:textId="77777777" w:rsidR="008B7D71" w:rsidRPr="008B7D71" w:rsidRDefault="008B7D71" w:rsidP="008B7D71">
      <w:pPr>
        <w:spacing w:line="360" w:lineRule="auto"/>
        <w:rPr>
          <w:rFonts w:cs="Arial"/>
          <w:sz w:val="24"/>
          <w:szCs w:val="24"/>
        </w:rPr>
      </w:pPr>
      <w:r w:rsidRPr="008B7D71">
        <w:rPr>
          <w:rFonts w:cs="Arial"/>
          <w:sz w:val="24"/>
          <w:szCs w:val="24"/>
        </w:rPr>
        <w:t>_______________________________________________________________________________</w:t>
      </w:r>
    </w:p>
    <w:p w14:paraId="0D4FEA06" w14:textId="77777777" w:rsidR="008B7D71" w:rsidRPr="008B7D71" w:rsidRDefault="008B7D71" w:rsidP="008B7D71">
      <w:pPr>
        <w:spacing w:line="360" w:lineRule="auto"/>
        <w:rPr>
          <w:rFonts w:cs="Arial"/>
          <w:sz w:val="24"/>
          <w:szCs w:val="24"/>
        </w:rPr>
      </w:pPr>
      <w:r w:rsidRPr="008B7D71">
        <w:rPr>
          <w:rFonts w:cs="Arial"/>
          <w:sz w:val="24"/>
          <w:szCs w:val="24"/>
        </w:rPr>
        <w:t>_______________________________________________________________________________</w:t>
      </w:r>
    </w:p>
    <w:p w14:paraId="4DD19E81" w14:textId="77777777" w:rsidR="008B7D71" w:rsidRDefault="008B7D71" w:rsidP="008B7D71">
      <w:pPr>
        <w:spacing w:before="80" w:after="40" w:line="360" w:lineRule="auto"/>
        <w:rPr>
          <w:rFonts w:cs="Arial"/>
          <w:b/>
          <w:sz w:val="24"/>
          <w:szCs w:val="24"/>
        </w:rPr>
      </w:pPr>
      <w:r w:rsidRPr="008B7D71">
        <w:rPr>
          <w:rFonts w:cs="Arial"/>
          <w:sz w:val="24"/>
          <w:szCs w:val="24"/>
        </w:rPr>
        <w:t>_______________________________________________________________________________</w:t>
      </w:r>
    </w:p>
    <w:p w14:paraId="7DBA88C9" w14:textId="77777777" w:rsidR="008B7D71" w:rsidRPr="008B7D71" w:rsidRDefault="008B7D71" w:rsidP="008B7D71">
      <w:pPr>
        <w:spacing w:line="360" w:lineRule="auto"/>
        <w:rPr>
          <w:rFonts w:cs="Arial"/>
          <w:sz w:val="24"/>
          <w:szCs w:val="24"/>
        </w:rPr>
      </w:pPr>
      <w:r w:rsidRPr="008B7D71">
        <w:rPr>
          <w:rFonts w:cs="Arial"/>
          <w:sz w:val="24"/>
          <w:szCs w:val="24"/>
        </w:rPr>
        <w:t>_______________________________________________________________________________</w:t>
      </w:r>
    </w:p>
    <w:p w14:paraId="781E839F" w14:textId="77777777" w:rsidR="008B7D71" w:rsidRPr="008B7D71" w:rsidRDefault="008B7D71" w:rsidP="008B7D71">
      <w:pPr>
        <w:spacing w:line="360" w:lineRule="auto"/>
        <w:rPr>
          <w:rFonts w:cs="Arial"/>
          <w:sz w:val="24"/>
          <w:szCs w:val="24"/>
        </w:rPr>
      </w:pPr>
      <w:r w:rsidRPr="008B7D71">
        <w:rPr>
          <w:rFonts w:cs="Arial"/>
          <w:sz w:val="24"/>
          <w:szCs w:val="24"/>
        </w:rPr>
        <w:t>_______________________________________________________________________________</w:t>
      </w:r>
    </w:p>
    <w:p w14:paraId="45AC6DA9" w14:textId="77777777" w:rsidR="008B7D71" w:rsidRPr="008B7D71" w:rsidRDefault="008B7D71" w:rsidP="008B7D71">
      <w:pPr>
        <w:spacing w:line="360" w:lineRule="auto"/>
        <w:rPr>
          <w:rFonts w:cs="Arial"/>
          <w:sz w:val="24"/>
          <w:szCs w:val="24"/>
        </w:rPr>
      </w:pPr>
      <w:r w:rsidRPr="008B7D71">
        <w:rPr>
          <w:rFonts w:cs="Arial"/>
          <w:sz w:val="24"/>
          <w:szCs w:val="24"/>
        </w:rPr>
        <w:t>_______________________________________________________________________________</w:t>
      </w:r>
    </w:p>
    <w:p w14:paraId="02F7D2D3" w14:textId="77777777" w:rsidR="008B7D71" w:rsidRPr="008B7D71" w:rsidRDefault="008B7D71" w:rsidP="008B7D71">
      <w:pPr>
        <w:spacing w:line="360" w:lineRule="auto"/>
        <w:rPr>
          <w:rFonts w:cs="Arial"/>
          <w:sz w:val="24"/>
          <w:szCs w:val="24"/>
        </w:rPr>
      </w:pPr>
      <w:r w:rsidRPr="008B7D71">
        <w:rPr>
          <w:rFonts w:cs="Arial"/>
          <w:sz w:val="24"/>
          <w:szCs w:val="24"/>
        </w:rPr>
        <w:t>_______________________________________________________________________________</w:t>
      </w:r>
    </w:p>
    <w:p w14:paraId="785FA7BD" w14:textId="77777777" w:rsidR="008B7D71" w:rsidRPr="008B7D71" w:rsidRDefault="008B7D71" w:rsidP="008B7D71">
      <w:pPr>
        <w:spacing w:line="360" w:lineRule="auto"/>
        <w:rPr>
          <w:rFonts w:cs="Arial"/>
          <w:sz w:val="24"/>
          <w:szCs w:val="24"/>
        </w:rPr>
      </w:pPr>
      <w:r w:rsidRPr="008B7D71">
        <w:rPr>
          <w:rFonts w:cs="Arial"/>
          <w:sz w:val="24"/>
          <w:szCs w:val="24"/>
        </w:rPr>
        <w:t>_______________________________________________________________________________</w:t>
      </w:r>
    </w:p>
    <w:p w14:paraId="4CA76F44" w14:textId="77777777" w:rsidR="0057576A" w:rsidRPr="008B7D71" w:rsidRDefault="00E908F3">
      <w:pPr>
        <w:spacing w:before="80" w:after="40"/>
        <w:rPr>
          <w:rFonts w:cs="Arial"/>
          <w:sz w:val="24"/>
          <w:szCs w:val="24"/>
        </w:rPr>
      </w:pPr>
      <w:r w:rsidRPr="008B7D71">
        <w:rPr>
          <w:rFonts w:cs="Arial"/>
          <w:b/>
          <w:sz w:val="24"/>
          <w:szCs w:val="24"/>
        </w:rPr>
        <w:t>Declaration</w:t>
      </w:r>
    </w:p>
    <w:p w14:paraId="1BA02298" w14:textId="77777777" w:rsidR="00007CC1" w:rsidRDefault="00007CC1" w:rsidP="008B7D71">
      <w:pPr>
        <w:jc w:val="both"/>
        <w:rPr>
          <w:rFonts w:cs="Arial"/>
          <w:sz w:val="24"/>
          <w:szCs w:val="24"/>
        </w:rPr>
      </w:pPr>
    </w:p>
    <w:p w14:paraId="4E646C4D" w14:textId="2F2AE501" w:rsidR="0057576A" w:rsidRPr="008B7D71" w:rsidRDefault="00E908F3" w:rsidP="008B7D71">
      <w:pPr>
        <w:jc w:val="both"/>
        <w:rPr>
          <w:rFonts w:cs="Arial"/>
          <w:sz w:val="24"/>
          <w:szCs w:val="24"/>
        </w:rPr>
      </w:pPr>
      <w:r w:rsidRPr="008B7D71">
        <w:rPr>
          <w:rFonts w:cs="Arial"/>
          <w:sz w:val="24"/>
          <w:szCs w:val="24"/>
        </w:rPr>
        <w:t>I declare that the information given in this form is, to the best of my knowledge, complete and accurate. I understand that providing false information or deliberately withholding relevant information may result in my application being withdrawn or, if appointed, may result in disciplinary action which could include dismissal.</w:t>
      </w:r>
    </w:p>
    <w:p w14:paraId="7D9BB5B0" w14:textId="77777777" w:rsidR="008B7D71" w:rsidRDefault="008B7D71" w:rsidP="008B7D71">
      <w:pPr>
        <w:jc w:val="both"/>
        <w:rPr>
          <w:rFonts w:cs="Arial"/>
          <w:sz w:val="24"/>
          <w:szCs w:val="24"/>
        </w:rPr>
      </w:pPr>
    </w:p>
    <w:p w14:paraId="59961A78" w14:textId="77777777" w:rsidR="0057576A" w:rsidRPr="008B7D71" w:rsidRDefault="00E908F3" w:rsidP="008B7D71">
      <w:pPr>
        <w:jc w:val="both"/>
        <w:rPr>
          <w:rFonts w:cs="Arial"/>
          <w:sz w:val="24"/>
          <w:szCs w:val="24"/>
        </w:rPr>
      </w:pPr>
      <w:r w:rsidRPr="008B7D71">
        <w:rPr>
          <w:rFonts w:cs="Arial"/>
          <w:sz w:val="24"/>
          <w:szCs w:val="24"/>
        </w:rPr>
        <w:t>I understand that the information provided within this application will be used by Ben View Resource Centre for recruitment and employment administration purposes and will be handled in accordance with applicable data protection legislation.</w:t>
      </w:r>
    </w:p>
    <w:p w14:paraId="6E825F68" w14:textId="77777777" w:rsidR="008B7D71" w:rsidRDefault="008B7D71" w:rsidP="008B7D71">
      <w:pPr>
        <w:jc w:val="both"/>
        <w:rPr>
          <w:rFonts w:cs="Arial"/>
          <w:sz w:val="24"/>
          <w:szCs w:val="24"/>
        </w:rPr>
      </w:pPr>
    </w:p>
    <w:p w14:paraId="1A93159D" w14:textId="77777777" w:rsidR="0057576A" w:rsidRPr="008B7D71" w:rsidRDefault="00E908F3" w:rsidP="008B7D71">
      <w:pPr>
        <w:jc w:val="both"/>
        <w:rPr>
          <w:rFonts w:cs="Arial"/>
          <w:sz w:val="24"/>
          <w:szCs w:val="24"/>
        </w:rPr>
      </w:pPr>
      <w:r w:rsidRPr="008B7D71">
        <w:rPr>
          <w:rFonts w:cs="Arial"/>
          <w:sz w:val="24"/>
          <w:szCs w:val="24"/>
        </w:rPr>
        <w:t>Where the post involves carrying out a regulated role with children and/or protected adults, I understand that any offer of employment will be subject to the appropriate Disclosure Scotland / PVG Scheme requirements.</w:t>
      </w:r>
    </w:p>
    <w:p w14:paraId="17B0F331" w14:textId="77777777" w:rsidR="008B7D71" w:rsidRDefault="008B7D71" w:rsidP="008B7D71">
      <w:pPr>
        <w:spacing w:after="100"/>
        <w:jc w:val="both"/>
        <w:rPr>
          <w:rFonts w:cs="Arial"/>
          <w:sz w:val="24"/>
          <w:szCs w:val="24"/>
        </w:rPr>
      </w:pPr>
    </w:p>
    <w:p w14:paraId="44F1C8C7" w14:textId="1F106689" w:rsidR="00007CC1" w:rsidRPr="00007CC1" w:rsidRDefault="00007CC1" w:rsidP="008B7D71">
      <w:pPr>
        <w:spacing w:after="100"/>
        <w:jc w:val="both"/>
        <w:rPr>
          <w:rFonts w:cs="Arial"/>
          <w:sz w:val="24"/>
          <w:szCs w:val="24"/>
        </w:rPr>
      </w:pPr>
      <w:r w:rsidRPr="00007CC1">
        <w:rPr>
          <w:sz w:val="24"/>
          <w:szCs w:val="24"/>
        </w:rPr>
        <w:t>Your personal information will be processed in accordance with Ben View Resource Centre's Recruitment Privacy Notice, which explains how we collect, use, store and retain applicant information</w:t>
      </w:r>
    </w:p>
    <w:p w14:paraId="290E743C" w14:textId="77777777" w:rsidR="00007CC1" w:rsidRDefault="00007CC1" w:rsidP="008B7D71">
      <w:pPr>
        <w:spacing w:after="100"/>
        <w:jc w:val="both"/>
        <w:rPr>
          <w:rFonts w:cs="Arial"/>
          <w:sz w:val="24"/>
          <w:szCs w:val="24"/>
        </w:rPr>
      </w:pPr>
    </w:p>
    <w:p w14:paraId="7A6E5964" w14:textId="77777777" w:rsidR="0057576A" w:rsidRPr="008B7D71" w:rsidRDefault="00E908F3" w:rsidP="008B7D71">
      <w:pPr>
        <w:spacing w:after="100"/>
        <w:jc w:val="both"/>
        <w:rPr>
          <w:rFonts w:cs="Arial"/>
          <w:sz w:val="24"/>
          <w:szCs w:val="24"/>
        </w:rPr>
      </w:pPr>
      <w:r w:rsidRPr="008B7D71">
        <w:rPr>
          <w:rFonts w:cs="Arial"/>
          <w:sz w:val="24"/>
          <w:szCs w:val="24"/>
        </w:rPr>
        <w:t xml:space="preserve">I understand that any offer of employment may also be subject to satisfactory references, confirmation of my right to work in the UK, relevant registration requirements and any other pre-employment </w:t>
      </w:r>
      <w:r w:rsidR="008B7D71" w:rsidRPr="008B7D71">
        <w:rPr>
          <w:rFonts w:cs="Arial"/>
          <w:sz w:val="24"/>
          <w:szCs w:val="24"/>
        </w:rPr>
        <w:t>check</w:t>
      </w:r>
      <w:r w:rsidRPr="008B7D71">
        <w:rPr>
          <w:rFonts w:cs="Arial"/>
          <w:sz w:val="24"/>
          <w:szCs w:val="24"/>
        </w:rPr>
        <w:t xml:space="preserve"> appropriate to the role.</w:t>
      </w:r>
    </w:p>
    <w:p w14:paraId="7668532D" w14:textId="77777777" w:rsidR="008B7D71" w:rsidRDefault="008B7D71">
      <w:pPr>
        <w:rPr>
          <w:rFonts w:cs="Arial"/>
          <w:sz w:val="24"/>
          <w:szCs w:val="24"/>
        </w:rPr>
      </w:pPr>
    </w:p>
    <w:p w14:paraId="1B4BDD4F" w14:textId="77777777" w:rsidR="0057576A" w:rsidRPr="008B7D71" w:rsidRDefault="00E908F3">
      <w:pPr>
        <w:rPr>
          <w:rFonts w:cs="Arial"/>
          <w:sz w:val="24"/>
          <w:szCs w:val="24"/>
        </w:rPr>
      </w:pPr>
      <w:r w:rsidRPr="008B7D71">
        <w:rPr>
          <w:rFonts w:cs="Arial"/>
          <w:sz w:val="24"/>
          <w:szCs w:val="24"/>
        </w:rPr>
        <w:t>Signature:  ______________________________________</w:t>
      </w:r>
    </w:p>
    <w:p w14:paraId="4875F232" w14:textId="77777777" w:rsidR="008B7D71" w:rsidRDefault="008B7D71">
      <w:pPr>
        <w:rPr>
          <w:rFonts w:cs="Arial"/>
          <w:sz w:val="24"/>
          <w:szCs w:val="24"/>
        </w:rPr>
      </w:pPr>
    </w:p>
    <w:p w14:paraId="6FD9417A" w14:textId="77777777" w:rsidR="0057576A" w:rsidRPr="008B7D71" w:rsidRDefault="00E908F3">
      <w:pPr>
        <w:rPr>
          <w:rFonts w:cs="Arial"/>
          <w:sz w:val="24"/>
          <w:szCs w:val="24"/>
        </w:rPr>
      </w:pPr>
      <w:r w:rsidRPr="008B7D71">
        <w:rPr>
          <w:rFonts w:cs="Arial"/>
          <w:sz w:val="24"/>
          <w:szCs w:val="24"/>
        </w:rPr>
        <w:t xml:space="preserve">Print Name:  _____________________________________    Date:  </w:t>
      </w:r>
      <w:r w:rsidR="008B7D71">
        <w:rPr>
          <w:rFonts w:cs="Arial"/>
          <w:sz w:val="24"/>
          <w:szCs w:val="24"/>
        </w:rPr>
        <w:t xml:space="preserve"> </w:t>
      </w:r>
      <w:r w:rsidRPr="008B7D71">
        <w:rPr>
          <w:rFonts w:cs="Arial"/>
          <w:sz w:val="24"/>
          <w:szCs w:val="24"/>
        </w:rPr>
        <w:t>_________________</w:t>
      </w:r>
    </w:p>
    <w:sectPr w:rsidR="0057576A" w:rsidRPr="008B7D71" w:rsidSect="00034616">
      <w:pgSz w:w="12240" w:h="15840"/>
      <w:pgMar w:top="648" w:right="792" w:bottom="648"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60409020205020404"/>
    <w:charset w:val="00"/>
    <w:family w:val="modern"/>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16841353">
    <w:abstractNumId w:val="8"/>
  </w:num>
  <w:num w:numId="2" w16cid:durableId="21562210">
    <w:abstractNumId w:val="6"/>
  </w:num>
  <w:num w:numId="3" w16cid:durableId="2144883185">
    <w:abstractNumId w:val="5"/>
  </w:num>
  <w:num w:numId="4" w16cid:durableId="1314019612">
    <w:abstractNumId w:val="4"/>
  </w:num>
  <w:num w:numId="5" w16cid:durableId="968322594">
    <w:abstractNumId w:val="7"/>
  </w:num>
  <w:num w:numId="6" w16cid:durableId="1370884620">
    <w:abstractNumId w:val="3"/>
  </w:num>
  <w:num w:numId="7" w16cid:durableId="1052078554">
    <w:abstractNumId w:val="2"/>
  </w:num>
  <w:num w:numId="8" w16cid:durableId="389035530">
    <w:abstractNumId w:val="1"/>
  </w:num>
  <w:num w:numId="9" w16cid:durableId="695930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7CC1"/>
    <w:rsid w:val="00034616"/>
    <w:rsid w:val="0006063C"/>
    <w:rsid w:val="0013321B"/>
    <w:rsid w:val="0015074B"/>
    <w:rsid w:val="0029639D"/>
    <w:rsid w:val="00326F90"/>
    <w:rsid w:val="003B025E"/>
    <w:rsid w:val="0057576A"/>
    <w:rsid w:val="0088136E"/>
    <w:rsid w:val="008B7D71"/>
    <w:rsid w:val="00A17661"/>
    <w:rsid w:val="00A854AC"/>
    <w:rsid w:val="00AA1D8D"/>
    <w:rsid w:val="00B47730"/>
    <w:rsid w:val="00CB0664"/>
    <w:rsid w:val="00D93B54"/>
    <w:rsid w:val="00F36BA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8C30E8"/>
  <w14:defaultImageDpi w14:val="300"/>
  <w15:docId w15:val="{198C3072-95BD-411B-8CEF-62A642E94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Arial" w:hAnsi="Arial"/>
      <w:sz w:val="20"/>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cid:image002.png@01D89D17.8A7F32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1468</Words>
  <Characters>8369</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9818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2</cp:revision>
  <dcterms:created xsi:type="dcterms:W3CDTF">2026-08-19T13:53:00Z</dcterms:created>
  <dcterms:modified xsi:type="dcterms:W3CDTF">2026-08-19T13:53:00Z</dcterms:modified>
  <cp:category/>
</cp:coreProperties>
</file>